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jc w:val="center"/>
      </w:pPr>
      <w:r>
        <w:rPr>
          <w:rFonts w:ascii="Georgia" w:hAnsi="Georgia"/>
          <w:b/>
          <w:color w:val="173F35"/>
          <w:sz w:val="88"/>
        </w:rPr>
        <w:t>GUIDE</w:t>
      </w:r>
    </w:p>
    <w:p>
      <w:pPr>
        <w:jc w:val="center"/>
      </w:pPr>
      <w:r>
        <w:rPr>
          <w:b/>
          <w:color w:val="D59A32"/>
          <w:sz w:val="50"/>
        </w:rPr>
        <w:t>Family Paperwork Packet</w:t>
      </w:r>
    </w:p>
    <w:p>
      <w:pPr>
        <w:jc w:val="center"/>
      </w:pPr>
      <w:r>
        <w:t>Clear, parent-friendly forms for registration, safety, permissions and participation</w:t>
      </w:r>
    </w:p>
    <w:p>
      <w:pPr>
        <w:pStyle w:val="Heading1"/>
      </w:pPr>
      <w:r>
        <w:br/>
        <w:t>Start here</w:t>
      </w:r>
    </w:p>
    <w:tbl>
      <w:tblPr>
        <w:tblW w:type="auto" w:w="0"/>
        <w:tblLayout w:type="fixed"/>
        <w:tblLook w:firstColumn="1" w:firstRow="1" w:lastColumn="0" w:lastRow="0" w:noHBand="0" w:noVBand="1" w:val="04A0"/>
      </w:tblPr>
      <w:tblGrid>
        <w:gridCol w:w="5040"/>
        <w:gridCol w:w="5040"/>
      </w:tblGrid>
      <w:tr>
        <w:tc>
          <w:tcPr>
            <w:tcW w:type="dxa" w:w="650"/>
            <w:shd w:fill="D59A32"/>
            <w:tcMar>
              <w:top w:w="110" w:type="dxa"/>
              <w:start w:w="130" w:type="dxa"/>
              <w:bottom w:w="110" w:type="dxa"/>
              <w:end w:w="130" w:type="dxa"/>
            </w:tcMar>
          </w:tcPr>
          <w:p>
            <w:r>
              <w:t>1</w:t>
            </w:r>
          </w:p>
        </w:tc>
        <w:tc>
          <w:tcPr>
            <w:tcW w:type="dxa" w:w="9190"/>
            <w:tcMar>
              <w:top w:w="110" w:type="dxa"/>
              <w:start w:w="130" w:type="dxa"/>
              <w:bottom w:w="110" w:type="dxa"/>
              <w:end w:w="130" w:type="dxa"/>
            </w:tcMar>
          </w:tcPr>
          <w:p>
            <w:r>
              <w:t>Fill out Forms 1–7 once before your child begins.</w:t>
            </w:r>
          </w:p>
        </w:tc>
      </w:tr>
    </w:tbl>
    <w:tbl>
      <w:tblPr>
        <w:tblW w:type="auto" w:w="0"/>
        <w:tblLayout w:type="fixed"/>
        <w:tblLook w:firstColumn="1" w:firstRow="1" w:lastColumn="0" w:lastRow="0" w:noHBand="0" w:noVBand="1" w:val="04A0"/>
      </w:tblPr>
      <w:tblGrid>
        <w:gridCol w:w="5040"/>
        <w:gridCol w:w="5040"/>
      </w:tblGrid>
      <w:tr>
        <w:tc>
          <w:tcPr>
            <w:tcW w:type="dxa" w:w="650"/>
            <w:shd w:fill="D59A32"/>
            <w:tcMar>
              <w:top w:w="110" w:type="dxa"/>
              <w:start w:w="130" w:type="dxa"/>
              <w:bottom w:w="110" w:type="dxa"/>
              <w:end w:w="130" w:type="dxa"/>
            </w:tcMar>
          </w:tcPr>
          <w:p>
            <w:r>
              <w:t>2</w:t>
            </w:r>
          </w:p>
        </w:tc>
        <w:tc>
          <w:tcPr>
            <w:tcW w:type="dxa" w:w="9190"/>
            <w:tcMar>
              <w:top w:w="110" w:type="dxa"/>
              <w:start w:w="130" w:type="dxa"/>
              <w:bottom w:w="110" w:type="dxa"/>
              <w:end w:w="130" w:type="dxa"/>
            </w:tcMar>
          </w:tcPr>
          <w:p>
            <w:r>
              <w:t>Complete the event transportation form only when a specific event requires it.</w:t>
            </w:r>
          </w:p>
        </w:tc>
      </w:tr>
    </w:tbl>
    <w:tbl>
      <w:tblPr>
        <w:tblW w:type="auto" w:w="0"/>
        <w:tblLayout w:type="fixed"/>
        <w:tblLook w:firstColumn="1" w:firstRow="1" w:lastColumn="0" w:lastRow="0" w:noHBand="0" w:noVBand="1" w:val="04A0"/>
      </w:tblPr>
      <w:tblGrid>
        <w:gridCol w:w="5040"/>
        <w:gridCol w:w="5040"/>
      </w:tblGrid>
      <w:tr>
        <w:tc>
          <w:tcPr>
            <w:tcW w:type="dxa" w:w="650"/>
            <w:shd w:fill="D59A32"/>
            <w:tcMar>
              <w:top w:w="110" w:type="dxa"/>
              <w:start w:w="130" w:type="dxa"/>
              <w:bottom w:w="110" w:type="dxa"/>
              <w:end w:w="130" w:type="dxa"/>
            </w:tcMar>
          </w:tcPr>
          <w:p>
            <w:r>
              <w:t>3</w:t>
            </w:r>
          </w:p>
        </w:tc>
        <w:tc>
          <w:tcPr>
            <w:tcW w:type="dxa" w:w="9190"/>
            <w:tcMar>
              <w:top w:w="110" w:type="dxa"/>
              <w:start w:w="130" w:type="dxa"/>
              <w:bottom w:w="110" w:type="dxa"/>
              <w:end w:w="130" w:type="dxa"/>
            </w:tcMar>
          </w:tcPr>
          <w:p>
            <w:r>
              <w:t>Tell a Guide leader right away if medical, contact, custody or pickup information changes.</w:t>
            </w:r>
          </w:p>
        </w:tc>
      </w:tr>
    </w:tbl>
    <w:tbl>
      <w:tblPr>
        <w:tblW w:type="auto" w:w="0"/>
        <w:tblLayout w:type="fixed"/>
        <w:tblLook w:firstColumn="1" w:firstRow="1" w:lastColumn="0" w:lastRow="0" w:noHBand="0" w:noVBand="1" w:val="04A0"/>
      </w:tblPr>
      <w:tblGrid>
        <w:gridCol w:w="5040"/>
        <w:gridCol w:w="5040"/>
      </w:tblGrid>
      <w:tr>
        <w:tc>
          <w:tcPr>
            <w:tcW w:type="dxa" w:w="650"/>
            <w:shd w:fill="D59A32"/>
            <w:tcMar>
              <w:top w:w="110" w:type="dxa"/>
              <w:start w:w="130" w:type="dxa"/>
              <w:bottom w:w="110" w:type="dxa"/>
              <w:end w:w="130" w:type="dxa"/>
            </w:tcMar>
          </w:tcPr>
          <w:p>
            <w:r>
              <w:t>4</w:t>
            </w:r>
          </w:p>
        </w:tc>
        <w:tc>
          <w:tcPr>
            <w:tcW w:type="dxa" w:w="9190"/>
            <w:tcMar>
              <w:top w:w="110" w:type="dxa"/>
              <w:start w:w="130" w:type="dxa"/>
              <w:bottom w:w="110" w:type="dxa"/>
              <w:end w:w="130" w:type="dxa"/>
            </w:tcMar>
          </w:tcPr>
          <w:p>
            <w:r>
              <w:t>Do not send completed medical or custody forms through ordinary email or group text.</w:t>
            </w:r>
          </w:p>
        </w:tc>
      </w:tr>
    </w:tbl>
    <w:p>
      <w:pPr>
        <w:pStyle w:val="Heading1"/>
      </w:pPr>
      <w:r>
        <w:br/>
        <w:t>Forms in this packet</w:t>
      </w:r>
    </w:p>
    <w:tbl>
      <w:tblPr>
        <w:tblW w:type="auto" w:w="0"/>
        <w:jc w:val="left"/>
        <w:tblLayout w:type="fixed"/>
        <w:tblLook w:firstColumn="1" w:firstRow="1" w:lastColumn="0" w:lastRow="0" w:noHBand="0" w:noVBand="1" w:val="04A0"/>
      </w:tblPr>
      <w:tblGrid>
        <w:gridCol w:w="5040"/>
        <w:gridCol w:w="5040"/>
      </w:tblGrid>
      <w:tr>
        <w:tc>
          <w:tcPr>
            <w:tcW w:type="dxa" w:w="4920"/>
            <w:tcMar>
              <w:top w:w="50" w:type="dxa"/>
              <w:start w:w="80" w:type="dxa"/>
              <w:bottom w:w="50" w:type="dxa"/>
              <w:end w:w="80" w:type="dxa"/>
            </w:tcMar>
          </w:tcPr>
          <w:p>
            <w:pPr>
              <w:spacing w:after="0"/>
            </w:pPr>
            <w:r>
              <w:t>☐ 1. Participant Registration</w:t>
            </w:r>
          </w:p>
        </w:tc>
        <w:tc>
          <w:tcPr>
            <w:tcW w:type="dxa" w:w="4920"/>
            <w:tcMar>
              <w:top w:w="50" w:type="dxa"/>
              <w:start w:w="80" w:type="dxa"/>
              <w:bottom w:w="50" w:type="dxa"/>
              <w:end w:w="80" w:type="dxa"/>
            </w:tcMar>
          </w:tcPr>
          <w:p>
            <w:pPr>
              <w:spacing w:after="0"/>
            </w:pPr>
            <w:r>
              <w:t>☐ 2. Emergency &amp; Medical Information</w:t>
            </w:r>
          </w:p>
        </w:tc>
      </w:tr>
      <w:tr>
        <w:tc>
          <w:tcPr>
            <w:tcW w:type="dxa" w:w="5040"/>
            <w:tcMar>
              <w:top w:w="50" w:type="dxa"/>
              <w:start w:w="80" w:type="dxa"/>
              <w:bottom w:w="50" w:type="dxa"/>
              <w:end w:w="80" w:type="dxa"/>
            </w:tcMar>
          </w:tcPr>
          <w:p>
            <w:pPr>
              <w:spacing w:after="0"/>
            </w:pPr>
            <w:r>
              <w:t>☐ 3. Participation Consent &amp; Risk Acknowledgment</w:t>
            </w:r>
          </w:p>
        </w:tc>
        <w:tc>
          <w:tcPr>
            <w:tcW w:type="dxa" w:w="5040"/>
            <w:tcMar>
              <w:top w:w="50" w:type="dxa"/>
              <w:start w:w="80" w:type="dxa"/>
              <w:bottom w:w="50" w:type="dxa"/>
              <w:end w:w="80" w:type="dxa"/>
            </w:tcMar>
          </w:tcPr>
          <w:p>
            <w:pPr>
              <w:spacing w:after="0"/>
            </w:pPr>
            <w:r>
              <w:t>☐ 4. Authorized Pickup &amp; Custody Information</w:t>
            </w:r>
          </w:p>
        </w:tc>
      </w:tr>
      <w:tr>
        <w:tc>
          <w:tcPr>
            <w:tcW w:type="dxa" w:w="5040"/>
            <w:tcMar>
              <w:top w:w="50" w:type="dxa"/>
              <w:start w:w="80" w:type="dxa"/>
              <w:bottom w:w="50" w:type="dxa"/>
              <w:end w:w="80" w:type="dxa"/>
            </w:tcMar>
          </w:tcPr>
          <w:p>
            <w:pPr>
              <w:spacing w:after="0"/>
            </w:pPr>
            <w:r>
              <w:t>☐ 5. Photo &amp; Media Choice</w:t>
            </w:r>
          </w:p>
        </w:tc>
        <w:tc>
          <w:tcPr>
            <w:tcW w:type="dxa" w:w="5040"/>
            <w:tcMar>
              <w:top w:w="50" w:type="dxa"/>
              <w:start w:w="80" w:type="dxa"/>
              <w:bottom w:w="50" w:type="dxa"/>
              <w:end w:w="80" w:type="dxa"/>
            </w:tcMar>
          </w:tcPr>
          <w:p>
            <w:pPr>
              <w:spacing w:after="0"/>
            </w:pPr>
            <w:r>
              <w:t>☐ 6. Mentor Match Parent Consent</w:t>
            </w:r>
          </w:p>
        </w:tc>
      </w:tr>
      <w:tr>
        <w:tc>
          <w:tcPr>
            <w:tcW w:type="dxa" w:w="5040"/>
            <w:tcMar>
              <w:top w:w="50" w:type="dxa"/>
              <w:start w:w="80" w:type="dxa"/>
              <w:bottom w:w="50" w:type="dxa"/>
              <w:end w:w="80" w:type="dxa"/>
            </w:tcMar>
          </w:tcPr>
          <w:p>
            <w:pPr>
              <w:spacing w:after="0"/>
            </w:pPr>
            <w:r>
              <w:t>☐ 7. Participant Expectations Agreement</w:t>
            </w:r>
          </w:p>
        </w:tc>
        <w:tc>
          <w:tcPr>
            <w:tcW w:type="dxa" w:w="5040"/>
            <w:tcMar>
              <w:top w:w="50" w:type="dxa"/>
              <w:start w:w="80" w:type="dxa"/>
              <w:bottom w:w="50" w:type="dxa"/>
              <w:end w:w="80" w:type="dxa"/>
            </w:tcMar>
          </w:tcPr>
          <w:p>
            <w:pPr>
              <w:spacing w:after="0"/>
            </w:pPr>
            <w:r>
              <w:t>☐ 8. Event Transportation Permission</w:t>
            </w:r>
          </w:p>
        </w:tc>
      </w:tr>
    </w:tbl>
    <w:p>
      <w:pPr>
        <w:pStyle w:val="FormHelp"/>
      </w:pPr>
      <w:r>
        <w:br/>
        <w:t>Important: Consent and release language is a ministry template until approved by church leadership, the church insurer and a qualified local legal reviewer.</w:t>
      </w:r>
    </w:p>
    <w:p>
      <w:r>
        <w:br w:type="page"/>
      </w:r>
    </w:p>
    <w:p>
      <w:pPr>
        <w:pStyle w:val="Title"/>
      </w:pPr>
      <w:r>
        <w:t>1. Participant Registration</w:t>
      </w:r>
    </w:p>
    <w:tbl>
      <w:tblPr>
        <w:tblW w:type="auto" w:w="0"/>
        <w:jc w:val="center"/>
        <w:tblLayout w:type="fixed"/>
        <w:tblLook w:firstColumn="1" w:firstRow="1" w:lastColumn="0" w:lastRow="0" w:noHBand="0" w:noVBand="1" w:val="04A0"/>
      </w:tblPr>
      <w:tblGrid>
        <w:gridCol w:w="5040"/>
        <w:gridCol w:w="5040"/>
      </w:tblGrid>
      <w:tr>
        <w:tc>
          <w:tcPr>
            <w:tcW w:type="dxa" w:w="1800"/>
            <w:tcMar>
              <w:top w:w="110" w:type="dxa"/>
              <w:start w:w="130" w:type="dxa"/>
              <w:bottom w:w="110" w:type="dxa"/>
              <w:end w:w="130" w:type="dxa"/>
            </w:tcMar>
            <w:shd w:fill="173F35"/>
          </w:tcPr>
          <w:p>
            <w:r>
              <w:rPr>
                <w:b/>
                <w:color w:val="FFFFFF"/>
              </w:rPr>
              <w:t>WHO</w:t>
            </w:r>
          </w:p>
        </w:tc>
        <w:tc>
          <w:tcPr>
            <w:tcW w:type="dxa" w:w="8040"/>
            <w:tcMar>
              <w:top w:w="110" w:type="dxa"/>
              <w:start w:w="130" w:type="dxa"/>
              <w:bottom w:w="110" w:type="dxa"/>
              <w:end w:w="130" w:type="dxa"/>
            </w:tcMar>
            <w:shd w:fill="F4EFE4"/>
          </w:tcPr>
          <w:p>
            <w:r>
              <w:t>Parent or legal guardian</w:t>
            </w:r>
          </w:p>
        </w:tc>
      </w:tr>
      <w:tr>
        <w:tc>
          <w:tcPr>
            <w:tcW w:type="dxa" w:w="1800"/>
            <w:tcMar>
              <w:top w:w="110" w:type="dxa"/>
              <w:start w:w="130" w:type="dxa"/>
              <w:bottom w:w="110" w:type="dxa"/>
              <w:end w:w="130" w:type="dxa"/>
            </w:tcMar>
            <w:shd w:fill="D59A32"/>
          </w:tcPr>
          <w:p>
            <w:r>
              <w:rPr>
                <w:b/>
              </w:rPr>
              <w:t>WHEN</w:t>
            </w:r>
          </w:p>
        </w:tc>
        <w:tc>
          <w:tcPr>
            <w:tcW w:type="dxa" w:w="8040"/>
            <w:tcMar>
              <w:top w:w="110" w:type="dxa"/>
              <w:start w:w="130" w:type="dxa"/>
              <w:bottom w:w="110" w:type="dxa"/>
              <w:end w:w="130" w:type="dxa"/>
            </w:tcMar>
            <w:shd w:fill="F4EFE4"/>
          </w:tcPr>
          <w:p>
            <w:r>
              <w:t>Before the child attends the first Guide gathering</w:t>
            </w:r>
          </w:p>
        </w:tc>
      </w:tr>
    </w:tbl>
    <w:p>
      <w:pPr>
        <w:pStyle w:val="FormHelp"/>
      </w:pPr>
      <w:r>
        <w:t>Complete every item you can. Write “N/A” if something does not apply. Return this form to a Guide leader.</w:t>
      </w:r>
    </w:p>
    <w:p>
      <w:pPr>
        <w:pStyle w:val="Heading2"/>
      </w:pPr>
      <w:r>
        <w:t>Child information</w:t>
      </w:r>
    </w:p>
    <w:p>
      <w:r>
        <w:rPr>
          <w:b/>
        </w:rPr>
        <w:t>Legal name</w:t>
      </w:r>
    </w:p>
    <w:p>
      <w:pPr>
        <w:spacing w:after="60" w:line="197" w:lineRule="auto"/>
        <w:pBdr>
          <w:bottom w:val="single" w:sz="8" w:space="2" w:color="C9C3B7"/>
        </w:pBdr>
      </w:pPr>
      <w:r>
        <w:t xml:space="preserve"> </w:t>
      </w:r>
    </w:p>
    <w:p>
      <w:r>
        <w:rPr>
          <w:b/>
        </w:rPr>
        <w:t>Name he likes to be called</w:t>
      </w:r>
    </w:p>
    <w:p>
      <w:pPr>
        <w:spacing w:after="60" w:line="197" w:lineRule="auto"/>
        <w:pBdr>
          <w:bottom w:val="single" w:sz="8" w:space="2" w:color="C9C3B7"/>
        </w:pBdr>
      </w:pPr>
      <w:r>
        <w:t xml:space="preserve"> </w:t>
      </w:r>
    </w:p>
    <w:p>
      <w:r>
        <w:rPr>
          <w:b/>
        </w:rPr>
        <w:t>Date of birth</w:t>
      </w:r>
    </w:p>
    <w:p>
      <w:pPr>
        <w:spacing w:after="60" w:line="197" w:lineRule="auto"/>
        <w:pBdr>
          <w:bottom w:val="single" w:sz="8" w:space="2" w:color="C9C3B7"/>
        </w:pBdr>
      </w:pPr>
      <w:r>
        <w:t xml:space="preserve"> </w:t>
      </w:r>
    </w:p>
    <w:p>
      <w:r>
        <w:rPr>
          <w:b/>
        </w:rPr>
        <w:t>Home address</w:t>
      </w:r>
    </w:p>
    <w:p>
      <w:pPr>
        <w:spacing w:after="60" w:line="197" w:lineRule="auto"/>
        <w:pBdr>
          <w:bottom w:val="single" w:sz="8" w:space="2" w:color="C9C3B7"/>
        </w:pBdr>
      </w:pPr>
      <w:r>
        <w:t xml:space="preserve"> </w:t>
      </w:r>
    </w:p>
    <w:p>
      <w:r>
        <w:rPr>
          <w:b/>
        </w:rPr>
        <w:t>School and grade</w:t>
      </w:r>
    </w:p>
    <w:p>
      <w:pPr>
        <w:spacing w:after="60" w:line="197" w:lineRule="auto"/>
        <w:pBdr>
          <w:bottom w:val="single" w:sz="8" w:space="2" w:color="C9C3B7"/>
        </w:pBdr>
      </w:pPr>
      <w:r>
        <w:t xml:space="preserve"> </w:t>
      </w:r>
    </w:p>
    <w:p>
      <w:r>
        <w:rPr>
          <w:b/>
        </w:rPr>
        <w:t>Shirt size  ☐ Youth  ☐ Adult   Size:</w:t>
      </w:r>
    </w:p>
    <w:p>
      <w:pPr>
        <w:spacing w:after="60" w:line="197" w:lineRule="auto"/>
        <w:pBdr>
          <w:bottom w:val="single" w:sz="8" w:space="2" w:color="C9C3B7"/>
        </w:pBdr>
      </w:pPr>
      <w:r>
        <w:t xml:space="preserve"> </w:t>
      </w:r>
    </w:p>
    <w:p>
      <w:pPr>
        <w:pStyle w:val="Heading2"/>
      </w:pPr>
      <w:r>
        <w:t>Parent or guardian</w:t>
      </w:r>
    </w:p>
    <w:p>
      <w:r>
        <w:rPr>
          <w:b/>
        </w:rPr>
        <w:t>Primary parent/guardian name</w:t>
      </w:r>
    </w:p>
    <w:p>
      <w:pPr>
        <w:spacing w:after="60" w:line="197" w:lineRule="auto"/>
        <w:pBdr>
          <w:bottom w:val="single" w:sz="8" w:space="2" w:color="C9C3B7"/>
        </w:pBdr>
      </w:pPr>
      <w:r>
        <w:t xml:space="preserve"> </w:t>
      </w:r>
    </w:p>
    <w:p>
      <w:r>
        <w:rPr>
          <w:b/>
        </w:rPr>
        <w:t>Relationship to child</w:t>
      </w:r>
    </w:p>
    <w:p>
      <w:pPr>
        <w:spacing w:after="60" w:line="197" w:lineRule="auto"/>
        <w:pBdr>
          <w:bottom w:val="single" w:sz="8" w:space="2" w:color="C9C3B7"/>
        </w:pBdr>
      </w:pPr>
      <w:r>
        <w:t xml:space="preserve"> </w:t>
      </w:r>
    </w:p>
    <w:p>
      <w:r>
        <w:rPr>
          <w:b/>
        </w:rPr>
        <w:t>Best phone number</w:t>
      </w:r>
    </w:p>
    <w:p>
      <w:pPr>
        <w:spacing w:after="60" w:line="197" w:lineRule="auto"/>
        <w:pBdr>
          <w:bottom w:val="single" w:sz="8" w:space="2" w:color="C9C3B7"/>
        </w:pBdr>
      </w:pPr>
      <w:r>
        <w:t xml:space="preserve"> </w:t>
      </w:r>
    </w:p>
    <w:p>
      <w:r>
        <w:rPr>
          <w:b/>
        </w:rPr>
        <w:t>Email address</w:t>
      </w:r>
    </w:p>
    <w:p>
      <w:pPr>
        <w:spacing w:after="60" w:line="197" w:lineRule="auto"/>
        <w:pBdr>
          <w:bottom w:val="single" w:sz="8" w:space="2" w:color="C9C3B7"/>
        </w:pBdr>
      </w:pPr>
      <w:r>
        <w:t xml:space="preserve"> </w:t>
      </w:r>
    </w:p>
    <w:p>
      <w:r>
        <w:rPr>
          <w:b/>
        </w:rPr>
        <w:t>Second parent/guardian name and phone</w:t>
      </w:r>
      <w:r>
        <w:rPr>
          <w:i/>
          <w:color w:val="64706B"/>
          <w:sz w:val="17"/>
        </w:rPr>
        <w:t xml:space="preserve">  if applicable</w:t>
      </w:r>
    </w:p>
    <w:p>
      <w:pPr>
        <w:spacing w:after="60" w:line="197" w:lineRule="auto"/>
        <w:pBdr>
          <w:bottom w:val="single" w:sz="8" w:space="2" w:color="C9C3B7"/>
        </w:pBdr>
      </w:pPr>
      <w:r>
        <w:t xml:space="preserve"> </w:t>
      </w:r>
    </w:p>
    <w:p>
      <w:pPr>
        <w:pStyle w:val="Heading2"/>
      </w:pPr>
      <w:r>
        <w:t>Guide relationship</w:t>
      </w:r>
    </w:p>
    <w:tbl>
      <w:tblPr>
        <w:tblW w:type="auto" w:w="0"/>
        <w:jc w:val="left"/>
        <w:tblLayout w:type="fixed"/>
        <w:tblLook w:firstColumn="1" w:firstRow="1" w:lastColumn="0" w:lastRow="0" w:noHBand="0" w:noVBand="1" w:val="04A0"/>
      </w:tblPr>
      <w:tblGrid>
        <w:gridCol w:w="5040"/>
        <w:gridCol w:w="5040"/>
      </w:tblGrid>
      <w:tr>
        <w:tc>
          <w:tcPr>
            <w:tcW w:type="dxa" w:w="4920"/>
            <w:tcMar>
              <w:top w:w="50" w:type="dxa"/>
              <w:start w:w="80" w:type="dxa"/>
              <w:bottom w:w="50" w:type="dxa"/>
              <w:end w:w="80" w:type="dxa"/>
            </w:tcMar>
          </w:tcPr>
          <w:p>
            <w:pPr>
              <w:spacing w:after="0"/>
            </w:pPr>
            <w:r>
              <w:t>☐ Father will attend</w:t>
            </w:r>
          </w:p>
        </w:tc>
        <w:tc>
          <w:tcPr>
            <w:tcW w:type="dxa" w:w="4920"/>
            <w:tcMar>
              <w:top w:w="50" w:type="dxa"/>
              <w:start w:w="80" w:type="dxa"/>
              <w:bottom w:w="50" w:type="dxa"/>
              <w:end w:w="80" w:type="dxa"/>
            </w:tcMar>
          </w:tcPr>
          <w:p>
            <w:pPr>
              <w:spacing w:after="0"/>
            </w:pPr>
            <w:r>
              <w:t>☐ Grandfather will attend</w:t>
            </w:r>
          </w:p>
        </w:tc>
      </w:tr>
      <w:tr>
        <w:tc>
          <w:tcPr>
            <w:tcW w:type="dxa" w:w="5040"/>
            <w:tcMar>
              <w:top w:w="50" w:type="dxa"/>
              <w:start w:w="80" w:type="dxa"/>
              <w:bottom w:w="50" w:type="dxa"/>
              <w:end w:w="80" w:type="dxa"/>
            </w:tcMar>
          </w:tcPr>
          <w:p>
            <w:pPr>
              <w:spacing w:after="0"/>
            </w:pPr>
            <w:r>
              <w:t>☐ Approved mentor is needed</w:t>
            </w:r>
          </w:p>
        </w:tc>
        <w:tc>
          <w:tcPr>
            <w:tcW w:type="dxa" w:w="5040"/>
            <w:tcMar>
              <w:top w:w="50" w:type="dxa"/>
              <w:start w:w="80" w:type="dxa"/>
              <w:bottom w:w="50" w:type="dxa"/>
              <w:end w:w="80" w:type="dxa"/>
            </w:tcMar>
          </w:tcPr>
          <w:p>
            <w:pPr>
              <w:spacing w:after="0"/>
            </w:pPr>
            <w:r>
              <w:t>☐ Another trusted adult will attend</w:t>
            </w:r>
          </w:p>
        </w:tc>
      </w:tr>
    </w:tbl>
    <w:p>
      <w:r>
        <w:rPr>
          <w:b/>
        </w:rPr>
        <w:t>Name of participating adult</w:t>
      </w:r>
    </w:p>
    <w:p>
      <w:pPr>
        <w:spacing w:after="60" w:line="197" w:lineRule="auto"/>
        <w:pBdr>
          <w:bottom w:val="single" w:sz="8" w:space="2" w:color="C9C3B7"/>
        </w:pBdr>
      </w:pPr>
      <w:r>
        <w:t xml:space="preserve"> </w:t>
      </w:r>
    </w:p>
    <w:p>
      <w:r>
        <w:rPr>
          <w:b/>
        </w:rPr>
        <w:t>Anything you want leaders to know before his first gathering</w:t>
      </w:r>
    </w:p>
    <w:p>
      <w:pPr>
        <w:spacing w:after="60" w:line="197" w:lineRule="auto"/>
        <w:pBdr>
          <w:bottom w:val="single" w:sz="8" w:space="2" w:color="C9C3B7"/>
        </w:pBdr>
      </w:pPr>
      <w:r>
        <w:t xml:space="preserve"> </w:t>
      </w:r>
    </w:p>
    <w:p>
      <w:pPr>
        <w:spacing w:after="60" w:line="197" w:lineRule="auto"/>
        <w:pBdr>
          <w:bottom w:val="single" w:sz="8" w:space="2" w:color="C9C3B7"/>
        </w:pBdr>
      </w:pPr>
      <w:r>
        <w:t xml:space="preserve"> </w:t>
      </w:r>
    </w:p>
    <w:p>
      <w:r>
        <w:rPr>
          <w:b/>
        </w:rPr>
        <w:t>Parent/legal guardian — signature and date</w:t>
      </w:r>
    </w:p>
    <w:p>
      <w:pPr>
        <w:spacing w:after="60" w:line="197" w:lineRule="auto"/>
        <w:pBdr>
          <w:bottom w:val="single" w:sz="8" w:space="2" w:color="C9C3B7"/>
        </w:pBdr>
      </w:pPr>
      <w:r>
        <w:t xml:space="preserve"> </w:t>
      </w:r>
    </w:p>
    <w:p>
      <w:r>
        <w:br w:type="page"/>
      </w:r>
    </w:p>
    <w:p>
      <w:pPr>
        <w:pStyle w:val="Title"/>
      </w:pPr>
      <w:r>
        <w:t>2. Emergency &amp; Medical Information</w:t>
      </w:r>
    </w:p>
    <w:tbl>
      <w:tblPr>
        <w:tblW w:type="auto" w:w="0"/>
        <w:jc w:val="center"/>
        <w:tblLayout w:type="fixed"/>
        <w:tblLook w:firstColumn="1" w:firstRow="1" w:lastColumn="0" w:lastRow="0" w:noHBand="0" w:noVBand="1" w:val="04A0"/>
      </w:tblPr>
      <w:tblGrid>
        <w:gridCol w:w="5040"/>
        <w:gridCol w:w="5040"/>
      </w:tblGrid>
      <w:tr>
        <w:tc>
          <w:tcPr>
            <w:tcW w:type="dxa" w:w="1800"/>
            <w:tcMar>
              <w:top w:w="110" w:type="dxa"/>
              <w:start w:w="130" w:type="dxa"/>
              <w:bottom w:w="110" w:type="dxa"/>
              <w:end w:w="130" w:type="dxa"/>
            </w:tcMar>
            <w:shd w:fill="173F35"/>
          </w:tcPr>
          <w:p>
            <w:r>
              <w:rPr>
                <w:b/>
                <w:color w:val="FFFFFF"/>
              </w:rPr>
              <w:t>WHO</w:t>
            </w:r>
          </w:p>
        </w:tc>
        <w:tc>
          <w:tcPr>
            <w:tcW w:type="dxa" w:w="8040"/>
            <w:tcMar>
              <w:top w:w="110" w:type="dxa"/>
              <w:start w:w="130" w:type="dxa"/>
              <w:bottom w:w="110" w:type="dxa"/>
              <w:end w:w="130" w:type="dxa"/>
            </w:tcMar>
            <w:shd w:fill="F4EFE4"/>
          </w:tcPr>
          <w:p>
            <w:r>
              <w:t>Parent or legal guardian</w:t>
            </w:r>
          </w:p>
        </w:tc>
      </w:tr>
      <w:tr>
        <w:tc>
          <w:tcPr>
            <w:tcW w:type="dxa" w:w="1800"/>
            <w:tcMar>
              <w:top w:w="110" w:type="dxa"/>
              <w:start w:w="130" w:type="dxa"/>
              <w:bottom w:w="110" w:type="dxa"/>
              <w:end w:w="130" w:type="dxa"/>
            </w:tcMar>
            <w:shd w:fill="D59A32"/>
          </w:tcPr>
          <w:p>
            <w:r>
              <w:rPr>
                <w:b/>
              </w:rPr>
              <w:t>WHEN</w:t>
            </w:r>
          </w:p>
        </w:tc>
        <w:tc>
          <w:tcPr>
            <w:tcW w:type="dxa" w:w="8040"/>
            <w:tcMar>
              <w:top w:w="110" w:type="dxa"/>
              <w:start w:w="130" w:type="dxa"/>
              <w:bottom w:w="110" w:type="dxa"/>
              <w:end w:w="130" w:type="dxa"/>
            </w:tcMar>
            <w:shd w:fill="F4EFE4"/>
          </w:tcPr>
          <w:p>
            <w:r>
              <w:t>Before participation, and again whenever any information changes</w:t>
            </w:r>
          </w:p>
        </w:tc>
      </w:tr>
    </w:tbl>
    <w:p>
      <w:pPr>
        <w:pStyle w:val="FormHelp"/>
      </w:pPr>
      <w:r>
        <w:t>Complete every item you can. Write “N/A” if something does not apply. Give this directly to an authorized leader. Do not email or text it.</w:t>
      </w:r>
    </w:p>
    <w:p>
      <w:pPr>
        <w:pStyle w:val="Heading2"/>
      </w:pPr>
      <w:r>
        <w:t>Child and emergency contacts</w:t>
      </w:r>
    </w:p>
    <w:p>
      <w:r>
        <w:rPr>
          <w:b/>
        </w:rPr>
        <w:t>Child’s legal name</w:t>
      </w:r>
    </w:p>
    <w:p>
      <w:pPr>
        <w:spacing w:after="60" w:line="197" w:lineRule="auto"/>
        <w:pBdr>
          <w:bottom w:val="single" w:sz="8" w:space="2" w:color="C9C3B7"/>
        </w:pBdr>
      </w:pPr>
      <w:r>
        <w:t xml:space="preserve"> </w:t>
      </w:r>
    </w:p>
    <w:p>
      <w:r>
        <w:rPr>
          <w:b/>
        </w:rPr>
        <w:t>Primary emergency contact — name, relationship and phone</w:t>
      </w:r>
    </w:p>
    <w:p>
      <w:pPr>
        <w:spacing w:after="60" w:line="197" w:lineRule="auto"/>
        <w:pBdr>
          <w:bottom w:val="single" w:sz="8" w:space="2" w:color="C9C3B7"/>
        </w:pBdr>
      </w:pPr>
      <w:r>
        <w:t xml:space="preserve"> </w:t>
      </w:r>
    </w:p>
    <w:p>
      <w:r>
        <w:rPr>
          <w:b/>
        </w:rPr>
        <w:t>Second emergency contact — name, relationship and phone</w:t>
      </w:r>
    </w:p>
    <w:p>
      <w:pPr>
        <w:spacing w:after="60" w:line="197" w:lineRule="auto"/>
        <w:pBdr>
          <w:bottom w:val="single" w:sz="8" w:space="2" w:color="C9C3B7"/>
        </w:pBdr>
      </w:pPr>
      <w:r>
        <w:t xml:space="preserve"> </w:t>
      </w:r>
    </w:p>
    <w:p>
      <w:r>
        <w:rPr>
          <w:b/>
        </w:rPr>
        <w:t>Child’s doctor/clinic and phone</w:t>
      </w:r>
    </w:p>
    <w:p>
      <w:pPr>
        <w:spacing w:after="60" w:line="197" w:lineRule="auto"/>
        <w:pBdr>
          <w:bottom w:val="single" w:sz="8" w:space="2" w:color="C9C3B7"/>
        </w:pBdr>
      </w:pPr>
      <w:r>
        <w:t xml:space="preserve"> </w:t>
      </w:r>
    </w:p>
    <w:p>
      <w:r>
        <w:rPr>
          <w:b/>
        </w:rPr>
        <w:t>Preferred hospital</w:t>
      </w:r>
      <w:r>
        <w:rPr>
          <w:i/>
          <w:color w:val="64706B"/>
          <w:sz w:val="17"/>
        </w:rPr>
        <w:t xml:space="preserve">  if your family has one</w:t>
      </w:r>
    </w:p>
    <w:p>
      <w:pPr>
        <w:spacing w:after="60" w:line="197" w:lineRule="auto"/>
        <w:pBdr>
          <w:bottom w:val="single" w:sz="8" w:space="2" w:color="C9C3B7"/>
        </w:pBdr>
      </w:pPr>
      <w:r>
        <w:t xml:space="preserve"> </w:t>
      </w:r>
    </w:p>
    <w:p>
      <w:pPr>
        <w:pStyle w:val="Heading2"/>
      </w:pPr>
      <w:r>
        <w:t>Health information</w:t>
      </w:r>
    </w:p>
    <w:p>
      <w:r>
        <w:rPr>
          <w:b/>
        </w:rPr>
        <w:t>Allergies</w:t>
      </w:r>
      <w:r>
        <w:rPr>
          <w:i/>
          <w:color w:val="64706B"/>
          <w:sz w:val="17"/>
        </w:rPr>
        <w:t xml:space="preserve">  food, medicine, insects, latex or other</w:t>
      </w:r>
    </w:p>
    <w:p>
      <w:pPr>
        <w:spacing w:after="60" w:line="197" w:lineRule="auto"/>
        <w:pBdr>
          <w:bottom w:val="single" w:sz="8" w:space="2" w:color="C9C3B7"/>
        </w:pBdr>
      </w:pPr>
      <w:r>
        <w:t xml:space="preserve"> </w:t>
      </w:r>
    </w:p>
    <w:p>
      <w:r>
        <w:rPr>
          <w:b/>
        </w:rPr>
        <w:t>Medical conditions or past serious injuries</w:t>
      </w:r>
    </w:p>
    <w:p>
      <w:pPr>
        <w:spacing w:after="60" w:line="197" w:lineRule="auto"/>
        <w:pBdr>
          <w:bottom w:val="single" w:sz="8" w:space="2" w:color="C9C3B7"/>
        </w:pBdr>
      </w:pPr>
      <w:r>
        <w:t xml:space="preserve"> </w:t>
      </w:r>
    </w:p>
    <w:p>
      <w:r>
        <w:rPr>
          <w:b/>
        </w:rPr>
        <w:t>Current medications</w:t>
      </w:r>
      <w:r>
        <w:rPr>
          <w:i/>
          <w:color w:val="64706B"/>
          <w:sz w:val="17"/>
        </w:rPr>
        <w:t xml:space="preserve">  name, dose and schedule</w:t>
      </w:r>
    </w:p>
    <w:p>
      <w:pPr>
        <w:spacing w:after="60" w:line="197" w:lineRule="auto"/>
        <w:pBdr>
          <w:bottom w:val="single" w:sz="8" w:space="2" w:color="C9C3B7"/>
        </w:pBdr>
      </w:pPr>
      <w:r>
        <w:t xml:space="preserve"> </w:t>
      </w:r>
    </w:p>
    <w:p>
      <w:r>
        <w:rPr>
          <w:b/>
        </w:rPr>
        <w:t>Activity limits or accommodations</w:t>
      </w:r>
    </w:p>
    <w:p>
      <w:pPr>
        <w:spacing w:after="60" w:line="197" w:lineRule="auto"/>
        <w:pBdr>
          <w:bottom w:val="single" w:sz="8" w:space="2" w:color="C9C3B7"/>
        </w:pBdr>
      </w:pPr>
      <w:r>
        <w:t xml:space="preserve"> </w:t>
      </w:r>
    </w:p>
    <w:p>
      <w:r>
        <w:rPr>
          <w:b/>
        </w:rPr>
        <w:t>Insurance company and policy/member ID</w:t>
      </w:r>
    </w:p>
    <w:p>
      <w:pPr>
        <w:spacing w:after="60" w:line="197" w:lineRule="auto"/>
        <w:pBdr>
          <w:bottom w:val="single" w:sz="8" w:space="2" w:color="C9C3B7"/>
        </w:pBdr>
      </w:pPr>
      <w:r>
        <w:t xml:space="preserve"> </w:t>
      </w:r>
    </w:p>
    <w:p>
      <w:pPr>
        <w:pStyle w:val="Heading2"/>
      </w:pPr>
      <w:r>
        <w:t>Quick safety check</w:t>
      </w:r>
    </w:p>
    <w:tbl>
      <w:tblPr>
        <w:tblW w:type="auto" w:w="0"/>
        <w:jc w:val="left"/>
        <w:tblLayout w:type="fixed"/>
        <w:tblLook w:firstColumn="1" w:firstRow="1" w:lastColumn="0" w:lastRow="0" w:noHBand="0" w:noVBand="1" w:val="04A0"/>
      </w:tblPr>
      <w:tblGrid>
        <w:gridCol w:w="5040"/>
        <w:gridCol w:w="5040"/>
      </w:tblGrid>
      <w:tr>
        <w:tc>
          <w:tcPr>
            <w:tcW w:type="dxa" w:w="4920"/>
            <w:tcMar>
              <w:top w:w="50" w:type="dxa"/>
              <w:start w:w="80" w:type="dxa"/>
              <w:bottom w:w="50" w:type="dxa"/>
              <w:end w:w="80" w:type="dxa"/>
            </w:tcMar>
          </w:tcPr>
          <w:p>
            <w:pPr>
              <w:spacing w:after="0"/>
            </w:pPr>
            <w:r>
              <w:t>☐ No known allergies</w:t>
            </w:r>
          </w:p>
        </w:tc>
        <w:tc>
          <w:tcPr>
            <w:tcW w:type="dxa" w:w="4920"/>
            <w:tcMar>
              <w:top w:w="50" w:type="dxa"/>
              <w:start w:w="80" w:type="dxa"/>
              <w:bottom w:w="50" w:type="dxa"/>
              <w:end w:w="80" w:type="dxa"/>
            </w:tcMar>
          </w:tcPr>
          <w:p>
            <w:pPr>
              <w:spacing w:after="0"/>
            </w:pPr>
            <w:r>
              <w:t>☐ No current medications</w:t>
            </w:r>
          </w:p>
        </w:tc>
      </w:tr>
      <w:tr>
        <w:tc>
          <w:tcPr>
            <w:tcW w:type="dxa" w:w="5040"/>
            <w:tcMar>
              <w:top w:w="50" w:type="dxa"/>
              <w:start w:w="80" w:type="dxa"/>
              <w:bottom w:w="50" w:type="dxa"/>
              <w:end w:w="80" w:type="dxa"/>
            </w:tcMar>
          </w:tcPr>
          <w:p>
            <w:pPr>
              <w:spacing w:after="0"/>
            </w:pPr>
            <w:r>
              <w:t>☐ No activity restrictions</w:t>
            </w:r>
          </w:p>
        </w:tc>
        <w:tc>
          <w:tcPr>
            <w:tcW w:type="dxa" w:w="5040"/>
            <w:tcMar>
              <w:top w:w="50" w:type="dxa"/>
              <w:start w:w="80" w:type="dxa"/>
              <w:bottom w:w="50" w:type="dxa"/>
              <w:end w:w="80" w:type="dxa"/>
            </w:tcMar>
          </w:tcPr>
          <w:p>
            <w:pPr>
              <w:spacing w:after="0"/>
            </w:pPr>
            <w:r>
              <w:t>☐ Epinephrine auto-injector</w:t>
            </w:r>
          </w:p>
        </w:tc>
      </w:tr>
      <w:tr>
        <w:tc>
          <w:tcPr>
            <w:tcW w:type="dxa" w:w="5040"/>
            <w:tcMar>
              <w:top w:w="50" w:type="dxa"/>
              <w:start w:w="80" w:type="dxa"/>
              <w:bottom w:w="50" w:type="dxa"/>
              <w:end w:w="80" w:type="dxa"/>
            </w:tcMar>
          </w:tcPr>
          <w:p>
            <w:pPr>
              <w:spacing w:after="0"/>
            </w:pPr>
            <w:r>
              <w:t>☐ Rescue inhaler</w:t>
            </w:r>
          </w:p>
        </w:tc>
        <w:tc>
          <w:tcPr>
            <w:tcW w:type="dxa" w:w="5040"/>
            <w:tcMar>
              <w:top w:w="50" w:type="dxa"/>
              <w:start w:w="80" w:type="dxa"/>
              <w:bottom w:w="50" w:type="dxa"/>
              <w:end w:w="80" w:type="dxa"/>
            </w:tcMar>
          </w:tcPr>
          <w:p>
            <w:pPr>
              <w:spacing w:after="0"/>
            </w:pPr>
            <w:r>
              <w:t>☐ Seizure plan</w:t>
            </w:r>
          </w:p>
        </w:tc>
      </w:tr>
      <w:tr>
        <w:tc>
          <w:tcPr>
            <w:tcW w:type="dxa" w:w="5040"/>
            <w:tcMar>
              <w:top w:w="50" w:type="dxa"/>
              <w:start w:w="80" w:type="dxa"/>
              <w:bottom w:w="50" w:type="dxa"/>
              <w:end w:w="80" w:type="dxa"/>
            </w:tcMar>
          </w:tcPr>
          <w:p>
            <w:pPr>
              <w:spacing w:after="0"/>
            </w:pPr>
            <w:r>
              <w:t>☐ Diabetes care plan</w:t>
            </w:r>
          </w:p>
        </w:tc>
        <w:tc>
          <w:tcPr>
            <w:tcW w:type="dxa" w:w="5040"/>
            <w:tcMar>
              <w:top w:w="50" w:type="dxa"/>
              <w:start w:w="80" w:type="dxa"/>
              <w:bottom w:w="50" w:type="dxa"/>
              <w:end w:w="80" w:type="dxa"/>
            </w:tcMar>
          </w:tcPr>
          <w:p>
            <w:pPr>
              <w:spacing w:after="0"/>
            </w:pPr>
            <w:r>
              <w:t>☐ Other written care plan</w:t>
            </w:r>
          </w:p>
        </w:tc>
      </w:tr>
    </w:tbl>
    <w:p>
      <w:r>
        <w:rPr>
          <w:b/>
        </w:rPr>
        <w:t>Where emergency medicine will be kept and who may assist</w:t>
      </w:r>
    </w:p>
    <w:p>
      <w:pPr>
        <w:spacing w:after="60" w:line="197" w:lineRule="auto"/>
        <w:pBdr>
          <w:bottom w:val="single" w:sz="8" w:space="2" w:color="C9C3B7"/>
        </w:pBdr>
      </w:pPr>
      <w:r>
        <w:t xml:space="preserve"> </w:t>
      </w:r>
    </w:p>
    <w:p>
      <w:r>
        <w:rPr>
          <w:b/>
        </w:rPr>
        <w:t>Parent/legal guardian — signature and date</w:t>
      </w:r>
    </w:p>
    <w:p>
      <w:pPr>
        <w:spacing w:after="60" w:line="197" w:lineRule="auto"/>
        <w:pBdr>
          <w:bottom w:val="single" w:sz="8" w:space="2" w:color="C9C3B7"/>
        </w:pBdr>
      </w:pPr>
      <w:r>
        <w:t xml:space="preserve"> </w:t>
      </w:r>
    </w:p>
    <w:p>
      <w:r>
        <w:br w:type="page"/>
      </w:r>
    </w:p>
    <w:p>
      <w:pPr>
        <w:pStyle w:val="Title"/>
      </w:pPr>
      <w:r>
        <w:t>3. Participation Consent &amp; Risk Acknowledgment</w:t>
      </w:r>
    </w:p>
    <w:tbl>
      <w:tblPr>
        <w:tblW w:type="auto" w:w="0"/>
        <w:jc w:val="center"/>
        <w:tblLayout w:type="fixed"/>
        <w:tblLook w:firstColumn="1" w:firstRow="1" w:lastColumn="0" w:lastRow="0" w:noHBand="0" w:noVBand="1" w:val="04A0"/>
      </w:tblPr>
      <w:tblGrid>
        <w:gridCol w:w="5040"/>
        <w:gridCol w:w="5040"/>
      </w:tblGrid>
      <w:tr>
        <w:tc>
          <w:tcPr>
            <w:tcW w:type="dxa" w:w="1800"/>
            <w:tcMar>
              <w:top w:w="110" w:type="dxa"/>
              <w:start w:w="130" w:type="dxa"/>
              <w:bottom w:w="110" w:type="dxa"/>
              <w:end w:w="130" w:type="dxa"/>
            </w:tcMar>
            <w:shd w:fill="173F35"/>
          </w:tcPr>
          <w:p>
            <w:r>
              <w:rPr>
                <w:b/>
                <w:color w:val="FFFFFF"/>
              </w:rPr>
              <w:t>WHO</w:t>
            </w:r>
          </w:p>
        </w:tc>
        <w:tc>
          <w:tcPr>
            <w:tcW w:type="dxa" w:w="8040"/>
            <w:tcMar>
              <w:top w:w="110" w:type="dxa"/>
              <w:start w:w="130" w:type="dxa"/>
              <w:bottom w:w="110" w:type="dxa"/>
              <w:end w:w="130" w:type="dxa"/>
            </w:tcMar>
            <w:shd w:fill="F4EFE4"/>
          </w:tcPr>
          <w:p>
            <w:r>
              <w:t>Parent or legal guardian</w:t>
            </w:r>
          </w:p>
        </w:tc>
      </w:tr>
      <w:tr>
        <w:tc>
          <w:tcPr>
            <w:tcW w:type="dxa" w:w="1800"/>
            <w:tcMar>
              <w:top w:w="110" w:type="dxa"/>
              <w:start w:w="130" w:type="dxa"/>
              <w:bottom w:w="110" w:type="dxa"/>
              <w:end w:w="130" w:type="dxa"/>
            </w:tcMar>
            <w:shd w:fill="D59A32"/>
          </w:tcPr>
          <w:p>
            <w:r>
              <w:rPr>
                <w:b/>
              </w:rPr>
              <w:t>WHEN</w:t>
            </w:r>
          </w:p>
        </w:tc>
        <w:tc>
          <w:tcPr>
            <w:tcW w:type="dxa" w:w="8040"/>
            <w:tcMar>
              <w:top w:w="110" w:type="dxa"/>
              <w:start w:w="130" w:type="dxa"/>
              <w:bottom w:w="110" w:type="dxa"/>
              <w:end w:w="130" w:type="dxa"/>
            </w:tcMar>
            <w:shd w:fill="F4EFE4"/>
          </w:tcPr>
          <w:p>
            <w:r>
              <w:t>After reading the entire form and before participation</w:t>
            </w:r>
          </w:p>
        </w:tc>
      </w:tr>
    </w:tbl>
    <w:p>
      <w:pPr>
        <w:pStyle w:val="FormHelp"/>
      </w:pPr>
      <w:r>
        <w:t>Complete every item you can. Write “N/A” if something does not apply. Return this form to a Guide leader.</w:t>
      </w:r>
    </w:p>
    <w:p>
      <w:pPr>
        <w:pStyle w:val="Heading2"/>
      </w:pPr>
      <w:r>
        <w:t>Plain-language summary</w:t>
      </w:r>
    </w:p>
    <w:p>
      <w:r>
        <w:t>Guide includes indoor and outdoor discipleship activities such as walking, hiking, campcraft, tools used with supervision, service projects, transportation and occasional overnight events. Leaders will use reasonable safety practices, but no activity is completely free of risk.</w:t>
      </w:r>
    </w:p>
    <w:tbl>
      <w:tblPr>
        <w:tblW w:type="auto" w:w="0"/>
        <w:jc w:val="left"/>
        <w:tblLayout w:type="fixed"/>
        <w:tblLook w:firstColumn="1" w:firstRow="1" w:lastColumn="0" w:lastRow="0" w:noHBand="0" w:noVBand="1" w:val="04A0"/>
      </w:tblPr>
      <w:tblGrid>
        <w:gridCol w:w="10080"/>
      </w:tblGrid>
      <w:tr>
        <w:tc>
          <w:tcPr>
            <w:tcW w:type="dxa" w:w="9840"/>
            <w:tcMar>
              <w:top w:w="50" w:type="dxa"/>
              <w:start w:w="80" w:type="dxa"/>
              <w:bottom w:w="50" w:type="dxa"/>
              <w:end w:w="80" w:type="dxa"/>
            </w:tcMar>
          </w:tcPr>
          <w:p>
            <w:pPr>
              <w:spacing w:after="0"/>
            </w:pPr>
            <w:r>
              <w:t>☐ I received an opportunity to ask questions.</w:t>
            </w:r>
          </w:p>
        </w:tc>
      </w:tr>
      <w:tr>
        <w:tc>
          <w:tcPr>
            <w:tcW w:type="dxa" w:w="10080"/>
            <w:tcMar>
              <w:top w:w="50" w:type="dxa"/>
              <w:start w:w="80" w:type="dxa"/>
              <w:bottom w:w="50" w:type="dxa"/>
              <w:end w:w="80" w:type="dxa"/>
            </w:tcMar>
          </w:tcPr>
          <w:p>
            <w:pPr>
              <w:spacing w:after="0"/>
            </w:pPr>
            <w:r>
              <w:t>☐ I disclosed relevant medical needs and activity limits.</w:t>
            </w:r>
          </w:p>
        </w:tc>
      </w:tr>
      <w:tr>
        <w:tc>
          <w:tcPr>
            <w:tcW w:type="dxa" w:w="10080"/>
            <w:tcMar>
              <w:top w:w="50" w:type="dxa"/>
              <w:start w:w="80" w:type="dxa"/>
              <w:bottom w:w="50" w:type="dxa"/>
              <w:end w:w="80" w:type="dxa"/>
            </w:tcMar>
          </w:tcPr>
          <w:p>
            <w:pPr>
              <w:spacing w:after="0"/>
            </w:pPr>
            <w:r>
              <w:t>☐ I understand that emergency care may be sought if I cannot be reached.</w:t>
            </w:r>
          </w:p>
        </w:tc>
      </w:tr>
      <w:tr>
        <w:tc>
          <w:tcPr>
            <w:tcW w:type="dxa" w:w="10080"/>
            <w:tcMar>
              <w:top w:w="50" w:type="dxa"/>
              <w:start w:w="80" w:type="dxa"/>
              <w:bottom w:w="50" w:type="dxa"/>
              <w:end w:w="80" w:type="dxa"/>
            </w:tcMar>
          </w:tcPr>
          <w:p>
            <w:pPr>
              <w:spacing w:after="0"/>
            </w:pPr>
            <w:r>
              <w:t>☐ I understand that separate permission may be required for transportation or overnight events.</w:t>
            </w:r>
          </w:p>
        </w:tc>
      </w:tr>
    </w:tbl>
    <w:p>
      <w:pPr>
        <w:pStyle w:val="Heading2"/>
      </w:pPr>
      <w:r>
        <w:t>Parent decision</w:t>
      </w:r>
    </w:p>
    <w:tbl>
      <w:tblPr>
        <w:tblW w:type="auto" w:w="0"/>
        <w:jc w:val="left"/>
        <w:tblLayout w:type="fixed"/>
        <w:tblLook w:firstColumn="1" w:firstRow="1" w:lastColumn="0" w:lastRow="0" w:noHBand="0" w:noVBand="1" w:val="04A0"/>
      </w:tblPr>
      <w:tblGrid>
        <w:gridCol w:w="10080"/>
      </w:tblGrid>
      <w:tr>
        <w:tc>
          <w:tcPr>
            <w:tcW w:type="dxa" w:w="9840"/>
            <w:tcMar>
              <w:top w:w="50" w:type="dxa"/>
              <w:start w:w="80" w:type="dxa"/>
              <w:bottom w:w="50" w:type="dxa"/>
              <w:end w:w="80" w:type="dxa"/>
            </w:tcMar>
          </w:tcPr>
          <w:p>
            <w:pPr>
              <w:spacing w:after="0"/>
            </w:pPr>
            <w:r>
              <w:t>☐ I give permission for my child to participate in approved Guide activities.</w:t>
            </w:r>
          </w:p>
        </w:tc>
      </w:tr>
      <w:tr>
        <w:tc>
          <w:tcPr>
            <w:tcW w:type="dxa" w:w="10080"/>
            <w:tcMar>
              <w:top w:w="50" w:type="dxa"/>
              <w:start w:w="80" w:type="dxa"/>
              <w:bottom w:w="50" w:type="dxa"/>
              <w:end w:w="80" w:type="dxa"/>
            </w:tcMar>
          </w:tcPr>
          <w:p>
            <w:pPr>
              <w:spacing w:after="0"/>
            </w:pPr>
            <w:r>
              <w:t>☐ I do not give permission at this time. Please contact me.</w:t>
            </w:r>
          </w:p>
        </w:tc>
      </w:tr>
    </w:tbl>
    <w:p>
      <w:r>
        <w:rPr>
          <w:b/>
        </w:rPr>
        <w:t>Restrictions, exceptions or questions</w:t>
      </w:r>
    </w:p>
    <w:p>
      <w:pPr>
        <w:spacing w:after="60" w:line="197" w:lineRule="auto"/>
        <w:pBdr>
          <w:bottom w:val="single" w:sz="8" w:space="2" w:color="C9C3B7"/>
        </w:pBdr>
      </w:pPr>
      <w:r>
        <w:t xml:space="preserve"> </w:t>
      </w:r>
    </w:p>
    <w:p>
      <w:pPr>
        <w:spacing w:after="60" w:line="197" w:lineRule="auto"/>
        <w:pBdr>
          <w:bottom w:val="single" w:sz="8" w:space="2" w:color="C9C3B7"/>
        </w:pBdr>
      </w:pPr>
      <w:r>
        <w:t xml:space="preserve"> </w:t>
      </w:r>
    </w:p>
    <w:p>
      <w:pPr>
        <w:spacing w:after="60" w:line="197" w:lineRule="auto"/>
        <w:pBdr>
          <w:bottom w:val="single" w:sz="8" w:space="2" w:color="C9C3B7"/>
        </w:pBdr>
      </w:pPr>
      <w:r>
        <w:t xml:space="preserve"> </w:t>
      </w:r>
    </w:p>
    <w:p>
      <w:pPr>
        <w:pStyle w:val="Heading2"/>
      </w:pPr>
      <w:r>
        <w:t>Required local language</w:t>
      </w:r>
    </w:p>
    <w:p>
      <w:pPr>
        <w:pStyle w:val="FormHelp"/>
      </w:pPr>
      <w:r>
        <w:t>Attach the church-approved consent, risk, emergency-care and release language here before this form is used. Church policy, insurer requirements and applicable law control. A plain-language summary does not replace the approved legal wording.</w:t>
      </w:r>
    </w:p>
    <w:p>
      <w:r>
        <w:rPr>
          <w:b/>
        </w:rPr>
        <w:t>Parent/legal guardian — signature and date</w:t>
      </w:r>
    </w:p>
    <w:p>
      <w:pPr>
        <w:spacing w:after="60" w:line="197" w:lineRule="auto"/>
        <w:pBdr>
          <w:bottom w:val="single" w:sz="8" w:space="2" w:color="C9C3B7"/>
        </w:pBdr>
      </w:pPr>
      <w:r>
        <w:t xml:space="preserve"> </w:t>
      </w:r>
    </w:p>
    <w:p>
      <w:r>
        <w:rPr>
          <w:b/>
        </w:rPr>
        <w:t>Leader who reviewed this form</w:t>
      </w:r>
    </w:p>
    <w:p>
      <w:pPr>
        <w:spacing w:after="60" w:line="197" w:lineRule="auto"/>
        <w:pBdr>
          <w:bottom w:val="single" w:sz="8" w:space="2" w:color="C9C3B7"/>
        </w:pBdr>
      </w:pPr>
      <w:r>
        <w:t xml:space="preserve"> </w:t>
      </w:r>
    </w:p>
    <w:p>
      <w:r>
        <w:br w:type="page"/>
      </w:r>
    </w:p>
    <w:p>
      <w:pPr>
        <w:pStyle w:val="Title"/>
      </w:pPr>
      <w:r>
        <w:t>4. Authorized Pickup &amp; Custody Information</w:t>
      </w:r>
    </w:p>
    <w:tbl>
      <w:tblPr>
        <w:tblW w:type="auto" w:w="0"/>
        <w:jc w:val="center"/>
        <w:tblLayout w:type="fixed"/>
        <w:tblLook w:firstColumn="1" w:firstRow="1" w:lastColumn="0" w:lastRow="0" w:noHBand="0" w:noVBand="1" w:val="04A0"/>
      </w:tblPr>
      <w:tblGrid>
        <w:gridCol w:w="5040"/>
        <w:gridCol w:w="5040"/>
      </w:tblGrid>
      <w:tr>
        <w:tc>
          <w:tcPr>
            <w:tcW w:type="dxa" w:w="1800"/>
            <w:tcMar>
              <w:top w:w="110" w:type="dxa"/>
              <w:start w:w="130" w:type="dxa"/>
              <w:bottom w:w="110" w:type="dxa"/>
              <w:end w:w="130" w:type="dxa"/>
            </w:tcMar>
            <w:shd w:fill="173F35"/>
          </w:tcPr>
          <w:p>
            <w:r>
              <w:rPr>
                <w:b/>
                <w:color w:val="FFFFFF"/>
              </w:rPr>
              <w:t>WHO</w:t>
            </w:r>
          </w:p>
        </w:tc>
        <w:tc>
          <w:tcPr>
            <w:tcW w:type="dxa" w:w="8040"/>
            <w:tcMar>
              <w:top w:w="110" w:type="dxa"/>
              <w:start w:w="130" w:type="dxa"/>
              <w:bottom w:w="110" w:type="dxa"/>
              <w:end w:w="130" w:type="dxa"/>
            </w:tcMar>
            <w:shd w:fill="F4EFE4"/>
          </w:tcPr>
          <w:p>
            <w:r>
              <w:t>Parent or legal guardian</w:t>
            </w:r>
          </w:p>
        </w:tc>
      </w:tr>
      <w:tr>
        <w:tc>
          <w:tcPr>
            <w:tcW w:type="dxa" w:w="1800"/>
            <w:tcMar>
              <w:top w:w="110" w:type="dxa"/>
              <w:start w:w="130" w:type="dxa"/>
              <w:bottom w:w="110" w:type="dxa"/>
              <w:end w:w="130" w:type="dxa"/>
            </w:tcMar>
            <w:shd w:fill="D59A32"/>
          </w:tcPr>
          <w:p>
            <w:r>
              <w:rPr>
                <w:b/>
              </w:rPr>
              <w:t>WHEN</w:t>
            </w:r>
          </w:p>
        </w:tc>
        <w:tc>
          <w:tcPr>
            <w:tcW w:type="dxa" w:w="8040"/>
            <w:tcMar>
              <w:top w:w="110" w:type="dxa"/>
              <w:start w:w="130" w:type="dxa"/>
              <w:bottom w:w="110" w:type="dxa"/>
              <w:end w:w="130" w:type="dxa"/>
            </w:tcMar>
            <w:shd w:fill="F4EFE4"/>
          </w:tcPr>
          <w:p>
            <w:r>
              <w:t>Before the first gathering and whenever pickup or custody information changes</w:t>
            </w:r>
          </w:p>
        </w:tc>
      </w:tr>
    </w:tbl>
    <w:p>
      <w:pPr>
        <w:pStyle w:val="FormHelp"/>
      </w:pPr>
      <w:r>
        <w:t>Complete every item you can. Write “N/A” if something does not apply. Give this directly to an authorized leader. Never place custody details on a public sign-in sheet.</w:t>
      </w:r>
    </w:p>
    <w:p>
      <w:r>
        <w:rPr>
          <w:b/>
        </w:rPr>
        <w:t>Child’s legal name</w:t>
      </w:r>
    </w:p>
    <w:p>
      <w:pPr>
        <w:spacing w:after="60" w:line="197" w:lineRule="auto"/>
        <w:pBdr>
          <w:bottom w:val="single" w:sz="8" w:space="2" w:color="C9C3B7"/>
        </w:pBdr>
      </w:pPr>
      <w:r>
        <w:t xml:space="preserve"> </w:t>
      </w:r>
    </w:p>
    <w:p>
      <w:pPr>
        <w:pStyle w:val="Heading2"/>
      </w:pPr>
      <w:r>
        <w:t>People allowed to pick up this child</w:t>
      </w:r>
    </w:p>
    <w:p>
      <w:r>
        <w:rPr>
          <w:b/>
        </w:rPr>
        <w:t>1. Full name, relationship and phone</w:t>
      </w:r>
    </w:p>
    <w:p>
      <w:pPr>
        <w:spacing w:after="60" w:line="197" w:lineRule="auto"/>
        <w:pBdr>
          <w:bottom w:val="single" w:sz="8" w:space="2" w:color="C9C3B7"/>
        </w:pBdr>
      </w:pPr>
      <w:r>
        <w:t xml:space="preserve"> </w:t>
      </w:r>
    </w:p>
    <w:p>
      <w:r>
        <w:rPr>
          <w:b/>
        </w:rPr>
        <w:t>2. Full name, relationship and phone</w:t>
      </w:r>
    </w:p>
    <w:p>
      <w:pPr>
        <w:spacing w:after="60" w:line="197" w:lineRule="auto"/>
        <w:pBdr>
          <w:bottom w:val="single" w:sz="8" w:space="2" w:color="C9C3B7"/>
        </w:pBdr>
      </w:pPr>
      <w:r>
        <w:t xml:space="preserve"> </w:t>
      </w:r>
    </w:p>
    <w:p>
      <w:r>
        <w:rPr>
          <w:b/>
        </w:rPr>
        <w:t>3. Full name, relationship and phone</w:t>
      </w:r>
    </w:p>
    <w:p>
      <w:pPr>
        <w:spacing w:after="60" w:line="197" w:lineRule="auto"/>
        <w:pBdr>
          <w:bottom w:val="single" w:sz="8" w:space="2" w:color="C9C3B7"/>
        </w:pBdr>
      </w:pPr>
      <w:r>
        <w:t xml:space="preserve"> </w:t>
      </w:r>
    </w:p>
    <w:p>
      <w:r>
        <w:rPr>
          <w:b/>
        </w:rPr>
        <w:t>4. Full name, relationship and phone</w:t>
      </w:r>
    </w:p>
    <w:p>
      <w:pPr>
        <w:spacing w:after="60" w:line="197" w:lineRule="auto"/>
        <w:pBdr>
          <w:bottom w:val="single" w:sz="8" w:space="2" w:color="C9C3B7"/>
        </w:pBdr>
      </w:pPr>
      <w:r>
        <w:t xml:space="preserve"> </w:t>
      </w:r>
    </w:p>
    <w:p>
      <w:pPr>
        <w:pStyle w:val="Heading2"/>
      </w:pPr>
      <w:r>
        <w:t>Pickup rules</w:t>
      </w:r>
    </w:p>
    <w:tbl>
      <w:tblPr>
        <w:tblW w:type="auto" w:w="0"/>
        <w:jc w:val="left"/>
        <w:tblLayout w:type="fixed"/>
        <w:tblLook w:firstColumn="1" w:firstRow="1" w:lastColumn="0" w:lastRow="0" w:noHBand="0" w:noVBand="1" w:val="04A0"/>
      </w:tblPr>
      <w:tblGrid>
        <w:gridCol w:w="10080"/>
      </w:tblGrid>
      <w:tr>
        <w:tc>
          <w:tcPr>
            <w:tcW w:type="dxa" w:w="9840"/>
            <w:tcMar>
              <w:top w:w="50" w:type="dxa"/>
              <w:start w:w="80" w:type="dxa"/>
              <w:bottom w:w="50" w:type="dxa"/>
              <w:end w:w="80" w:type="dxa"/>
            </w:tcMar>
          </w:tcPr>
          <w:p>
            <w:pPr>
              <w:spacing w:after="0"/>
            </w:pPr>
            <w:r>
              <w:t>☐ Photo ID may be requested.</w:t>
            </w:r>
          </w:p>
        </w:tc>
      </w:tr>
      <w:tr>
        <w:tc>
          <w:tcPr>
            <w:tcW w:type="dxa" w:w="10080"/>
            <w:tcMar>
              <w:top w:w="50" w:type="dxa"/>
              <w:start w:w="80" w:type="dxa"/>
              <w:bottom w:w="50" w:type="dxa"/>
              <w:end w:w="80" w:type="dxa"/>
            </w:tcMar>
          </w:tcPr>
          <w:p>
            <w:pPr>
              <w:spacing w:after="0"/>
            </w:pPr>
            <w:r>
              <w:t>☐ My child may leave only with an authorized adult.</w:t>
            </w:r>
          </w:p>
        </w:tc>
      </w:tr>
      <w:tr>
        <w:tc>
          <w:tcPr>
            <w:tcW w:type="dxa" w:w="10080"/>
            <w:tcMar>
              <w:top w:w="50" w:type="dxa"/>
              <w:start w:w="80" w:type="dxa"/>
              <w:bottom w:w="50" w:type="dxa"/>
              <w:end w:w="80" w:type="dxa"/>
            </w:tcMar>
          </w:tcPr>
          <w:p>
            <w:pPr>
              <w:spacing w:after="0"/>
            </w:pPr>
            <w:r>
              <w:t>☐ My child may sign himself out under the attached church policy.</w:t>
            </w:r>
          </w:p>
        </w:tc>
      </w:tr>
      <w:tr>
        <w:tc>
          <w:tcPr>
            <w:tcW w:type="dxa" w:w="10080"/>
            <w:tcMar>
              <w:top w:w="50" w:type="dxa"/>
              <w:start w:w="80" w:type="dxa"/>
              <w:bottom w:w="50" w:type="dxa"/>
              <w:end w:w="80" w:type="dxa"/>
            </w:tcMar>
          </w:tcPr>
          <w:p>
            <w:pPr>
              <w:spacing w:after="0"/>
            </w:pPr>
            <w:r>
              <w:t>☐ Call me before releasing my child to anyone not listed.</w:t>
            </w:r>
          </w:p>
        </w:tc>
      </w:tr>
    </w:tbl>
    <w:p>
      <w:pPr>
        <w:pStyle w:val="Heading2"/>
      </w:pPr>
      <w:r>
        <w:t>Private custody or safety instructions</w:t>
      </w:r>
    </w:p>
    <w:p>
      <w:r>
        <w:rPr>
          <w:b/>
        </w:rPr>
        <w:t>Is there a court order or safety restriction leaders must follow?  ☐ No  ☐ Yes — speak privately with the ministry director</w:t>
      </w:r>
    </w:p>
    <w:p>
      <w:pPr>
        <w:spacing w:after="60" w:line="197" w:lineRule="auto"/>
        <w:pBdr>
          <w:bottom w:val="single" w:sz="8" w:space="2" w:color="C9C3B7"/>
        </w:pBdr>
      </w:pPr>
      <w:r>
        <w:t xml:space="preserve"> </w:t>
      </w:r>
    </w:p>
    <w:p>
      <w:r>
        <w:rPr>
          <w:b/>
        </w:rPr>
        <w:t>Confidential instructions or document location</w:t>
      </w:r>
    </w:p>
    <w:p>
      <w:pPr>
        <w:spacing w:after="60" w:line="197" w:lineRule="auto"/>
        <w:pBdr>
          <w:bottom w:val="single" w:sz="8" w:space="2" w:color="C9C3B7"/>
        </w:pBdr>
      </w:pPr>
      <w:r>
        <w:t xml:space="preserve"> </w:t>
      </w:r>
    </w:p>
    <w:p>
      <w:pPr>
        <w:spacing w:after="60" w:line="197" w:lineRule="auto"/>
        <w:pBdr>
          <w:bottom w:val="single" w:sz="8" w:space="2" w:color="C9C3B7"/>
        </w:pBdr>
      </w:pPr>
      <w:r>
        <w:t xml:space="preserve"> </w:t>
      </w:r>
    </w:p>
    <w:p>
      <w:r>
        <w:rPr>
          <w:b/>
        </w:rPr>
        <w:t>Parent/legal guardian — signature and date</w:t>
      </w:r>
    </w:p>
    <w:p>
      <w:pPr>
        <w:spacing w:after="60" w:line="197" w:lineRule="auto"/>
        <w:pBdr>
          <w:bottom w:val="single" w:sz="8" w:space="2" w:color="C9C3B7"/>
        </w:pBdr>
      </w:pPr>
      <w:r>
        <w:t xml:space="preserve"> </w:t>
      </w:r>
    </w:p>
    <w:p>
      <w:r>
        <w:br w:type="page"/>
      </w:r>
    </w:p>
    <w:p>
      <w:pPr>
        <w:pStyle w:val="Title"/>
      </w:pPr>
      <w:r>
        <w:t>5. Photo &amp; Media Choice</w:t>
      </w:r>
    </w:p>
    <w:tbl>
      <w:tblPr>
        <w:tblW w:type="auto" w:w="0"/>
        <w:jc w:val="center"/>
        <w:tblLayout w:type="fixed"/>
        <w:tblLook w:firstColumn="1" w:firstRow="1" w:lastColumn="0" w:lastRow="0" w:noHBand="0" w:noVBand="1" w:val="04A0"/>
      </w:tblPr>
      <w:tblGrid>
        <w:gridCol w:w="5040"/>
        <w:gridCol w:w="5040"/>
      </w:tblGrid>
      <w:tr>
        <w:tc>
          <w:tcPr>
            <w:tcW w:type="dxa" w:w="1800"/>
            <w:tcMar>
              <w:top w:w="110" w:type="dxa"/>
              <w:start w:w="130" w:type="dxa"/>
              <w:bottom w:w="110" w:type="dxa"/>
              <w:end w:w="130" w:type="dxa"/>
            </w:tcMar>
            <w:shd w:fill="173F35"/>
          </w:tcPr>
          <w:p>
            <w:r>
              <w:rPr>
                <w:b/>
                <w:color w:val="FFFFFF"/>
              </w:rPr>
              <w:t>WHO</w:t>
            </w:r>
          </w:p>
        </w:tc>
        <w:tc>
          <w:tcPr>
            <w:tcW w:type="dxa" w:w="8040"/>
            <w:tcMar>
              <w:top w:w="110" w:type="dxa"/>
              <w:start w:w="130" w:type="dxa"/>
              <w:bottom w:w="110" w:type="dxa"/>
              <w:end w:w="130" w:type="dxa"/>
            </w:tcMar>
            <w:shd w:fill="F4EFE4"/>
          </w:tcPr>
          <w:p>
            <w:r>
              <w:t>Parent or legal guardian</w:t>
            </w:r>
          </w:p>
        </w:tc>
      </w:tr>
      <w:tr>
        <w:tc>
          <w:tcPr>
            <w:tcW w:type="dxa" w:w="1800"/>
            <w:tcMar>
              <w:top w:w="110" w:type="dxa"/>
              <w:start w:w="130" w:type="dxa"/>
              <w:bottom w:w="110" w:type="dxa"/>
              <w:end w:w="130" w:type="dxa"/>
            </w:tcMar>
            <w:shd w:fill="D59A32"/>
          </w:tcPr>
          <w:p>
            <w:r>
              <w:rPr>
                <w:b/>
              </w:rPr>
              <w:t>WHEN</w:t>
            </w:r>
          </w:p>
        </w:tc>
        <w:tc>
          <w:tcPr>
            <w:tcW w:type="dxa" w:w="8040"/>
            <w:tcMar>
              <w:top w:w="110" w:type="dxa"/>
              <w:start w:w="130" w:type="dxa"/>
              <w:bottom w:w="110" w:type="dxa"/>
              <w:end w:w="130" w:type="dxa"/>
            </w:tcMar>
            <w:shd w:fill="F4EFE4"/>
          </w:tcPr>
          <w:p>
            <w:r>
              <w:t>Before photos or video are published</w:t>
            </w:r>
          </w:p>
        </w:tc>
      </w:tr>
    </w:tbl>
    <w:p>
      <w:pPr>
        <w:pStyle w:val="FormHelp"/>
      </w:pPr>
      <w:r>
        <w:t>Complete every item you can. Write “N/A” if something does not apply. Participation is welcome whether you select yes or no.</w:t>
      </w:r>
    </w:p>
    <w:p>
      <w:r>
        <w:rPr>
          <w:b/>
        </w:rPr>
        <w:t>Child’s legal name</w:t>
      </w:r>
    </w:p>
    <w:p>
      <w:pPr>
        <w:spacing w:after="60" w:line="197" w:lineRule="auto"/>
        <w:pBdr>
          <w:bottom w:val="single" w:sz="8" w:space="2" w:color="C9C3B7"/>
        </w:pBdr>
      </w:pPr>
      <w:r>
        <w:t xml:space="preserve"> </w:t>
      </w:r>
    </w:p>
    <w:p>
      <w:pPr>
        <w:pStyle w:val="Heading2"/>
      </w:pPr>
      <w:r>
        <w:t>Choose one</w:t>
      </w:r>
    </w:p>
    <w:tbl>
      <w:tblPr>
        <w:tblW w:type="auto" w:w="0"/>
        <w:jc w:val="left"/>
        <w:tblLayout w:type="fixed"/>
        <w:tblLook w:firstColumn="1" w:firstRow="1" w:lastColumn="0" w:lastRow="0" w:noHBand="0" w:noVBand="1" w:val="04A0"/>
      </w:tblPr>
      <w:tblGrid>
        <w:gridCol w:w="10080"/>
      </w:tblGrid>
      <w:tr>
        <w:tc>
          <w:tcPr>
            <w:tcW w:type="dxa" w:w="9840"/>
            <w:tcMar>
              <w:top w:w="50" w:type="dxa"/>
              <w:start w:w="80" w:type="dxa"/>
              <w:bottom w:w="50" w:type="dxa"/>
              <w:end w:w="80" w:type="dxa"/>
            </w:tcMar>
          </w:tcPr>
          <w:p>
            <w:pPr>
              <w:spacing w:after="0"/>
            </w:pPr>
            <w:r>
              <w:t>☐ YES — My child may appear in Guide/church photos or video used for church communication, printed materials, the church website and official social media.</w:t>
            </w:r>
          </w:p>
        </w:tc>
      </w:tr>
      <w:tr>
        <w:tc>
          <w:tcPr>
            <w:tcW w:type="dxa" w:w="10080"/>
            <w:tcMar>
              <w:top w:w="50" w:type="dxa"/>
              <w:start w:w="80" w:type="dxa"/>
              <w:bottom w:w="50" w:type="dxa"/>
              <w:end w:w="80" w:type="dxa"/>
            </w:tcMar>
          </w:tcPr>
          <w:p>
            <w:pPr>
              <w:spacing w:after="0"/>
            </w:pPr>
            <w:r>
              <w:t>☐ LIMITED — Group photos only; do not identify my child by name.</w:t>
            </w:r>
          </w:p>
        </w:tc>
      </w:tr>
      <w:tr>
        <w:tc>
          <w:tcPr>
            <w:tcW w:type="dxa" w:w="10080"/>
            <w:tcMar>
              <w:top w:w="50" w:type="dxa"/>
              <w:start w:w="80" w:type="dxa"/>
              <w:bottom w:w="50" w:type="dxa"/>
              <w:end w:w="80" w:type="dxa"/>
            </w:tcMar>
          </w:tcPr>
          <w:p>
            <w:pPr>
              <w:spacing w:after="0"/>
            </w:pPr>
            <w:r>
              <w:t>☐ NO — Please do not intentionally photograph or publish my child.</w:t>
            </w:r>
          </w:p>
        </w:tc>
      </w:tr>
    </w:tbl>
    <w:p>
      <w:pPr>
        <w:pStyle w:val="Heading2"/>
      </w:pPr>
      <w:r>
        <w:t>Please understand</w:t>
      </w:r>
    </w:p>
    <w:tbl>
      <w:tblPr>
        <w:tblW w:type="auto" w:w="0"/>
        <w:jc w:val="left"/>
        <w:tblLayout w:type="fixed"/>
        <w:tblLook w:firstColumn="1" w:firstRow="1" w:lastColumn="0" w:lastRow="0" w:noHBand="0" w:noVBand="1" w:val="04A0"/>
      </w:tblPr>
      <w:tblGrid>
        <w:gridCol w:w="10080"/>
      </w:tblGrid>
      <w:tr>
        <w:tc>
          <w:tcPr>
            <w:tcW w:type="dxa" w:w="9840"/>
            <w:tcMar>
              <w:top w:w="50" w:type="dxa"/>
              <w:start w:w="80" w:type="dxa"/>
              <w:bottom w:w="50" w:type="dxa"/>
              <w:end w:w="80" w:type="dxa"/>
            </w:tcMar>
          </w:tcPr>
          <w:p>
            <w:pPr>
              <w:spacing w:after="0"/>
            </w:pPr>
            <w:r>
              <w:t>☐ No personal contact information will be published.</w:t>
            </w:r>
          </w:p>
        </w:tc>
      </w:tr>
      <w:tr>
        <w:tc>
          <w:tcPr>
            <w:tcW w:type="dxa" w:w="10080"/>
            <w:tcMar>
              <w:top w:w="50" w:type="dxa"/>
              <w:start w:w="80" w:type="dxa"/>
              <w:bottom w:w="50" w:type="dxa"/>
              <w:end w:w="80" w:type="dxa"/>
            </w:tcMar>
          </w:tcPr>
          <w:p>
            <w:pPr>
              <w:spacing w:after="0"/>
            </w:pPr>
            <w:r>
              <w:t>☐ Leaders will make reasonable efforts to honor this choice.</w:t>
            </w:r>
          </w:p>
        </w:tc>
      </w:tr>
      <w:tr>
        <w:tc>
          <w:tcPr>
            <w:tcW w:type="dxa" w:w="10080"/>
            <w:tcMar>
              <w:top w:w="50" w:type="dxa"/>
              <w:start w:w="80" w:type="dxa"/>
              <w:bottom w:w="50" w:type="dxa"/>
              <w:end w:w="80" w:type="dxa"/>
            </w:tcMar>
          </w:tcPr>
          <w:p>
            <w:pPr>
              <w:spacing w:after="0"/>
            </w:pPr>
            <w:r>
              <w:t>☐ I may change this preference in writing for future use.</w:t>
            </w:r>
          </w:p>
        </w:tc>
      </w:tr>
    </w:tbl>
    <w:p>
      <w:r>
        <w:rPr>
          <w:b/>
        </w:rPr>
        <w:t>Special instructions</w:t>
      </w:r>
    </w:p>
    <w:p>
      <w:pPr>
        <w:spacing w:after="60" w:line="197" w:lineRule="auto"/>
        <w:pBdr>
          <w:bottom w:val="single" w:sz="8" w:space="2" w:color="C9C3B7"/>
        </w:pBdr>
      </w:pPr>
      <w:r>
        <w:t xml:space="preserve"> </w:t>
      </w:r>
    </w:p>
    <w:p>
      <w:r>
        <w:rPr>
          <w:b/>
        </w:rPr>
        <w:t>Parent/legal guardian — signature and date</w:t>
      </w:r>
    </w:p>
    <w:p>
      <w:pPr>
        <w:spacing w:after="60" w:line="197" w:lineRule="auto"/>
        <w:pBdr>
          <w:bottom w:val="single" w:sz="8" w:space="2" w:color="C9C3B7"/>
        </w:pBdr>
      </w:pPr>
      <w:r>
        <w:t xml:space="preserve"> </w:t>
      </w:r>
    </w:p>
    <w:p>
      <w:r>
        <w:br w:type="page"/>
      </w:r>
    </w:p>
    <w:p>
      <w:pPr>
        <w:pStyle w:val="Title"/>
      </w:pPr>
      <w:r>
        <w:t>6. Mentor Match Parent Consent</w:t>
      </w:r>
    </w:p>
    <w:tbl>
      <w:tblPr>
        <w:tblW w:type="auto" w:w="0"/>
        <w:jc w:val="center"/>
        <w:tblLayout w:type="fixed"/>
        <w:tblLook w:firstColumn="1" w:firstRow="1" w:lastColumn="0" w:lastRow="0" w:noHBand="0" w:noVBand="1" w:val="04A0"/>
      </w:tblPr>
      <w:tblGrid>
        <w:gridCol w:w="5040"/>
        <w:gridCol w:w="5040"/>
      </w:tblGrid>
      <w:tr>
        <w:tc>
          <w:tcPr>
            <w:tcW w:type="dxa" w:w="1800"/>
            <w:tcMar>
              <w:top w:w="110" w:type="dxa"/>
              <w:start w:w="130" w:type="dxa"/>
              <w:bottom w:w="110" w:type="dxa"/>
              <w:end w:w="130" w:type="dxa"/>
            </w:tcMar>
            <w:shd w:fill="173F35"/>
          </w:tcPr>
          <w:p>
            <w:r>
              <w:rPr>
                <w:b/>
                <w:color w:val="FFFFFF"/>
              </w:rPr>
              <w:t>WHO</w:t>
            </w:r>
          </w:p>
        </w:tc>
        <w:tc>
          <w:tcPr>
            <w:tcW w:type="dxa" w:w="8040"/>
            <w:tcMar>
              <w:top w:w="110" w:type="dxa"/>
              <w:start w:w="130" w:type="dxa"/>
              <w:bottom w:w="110" w:type="dxa"/>
              <w:end w:w="130" w:type="dxa"/>
            </w:tcMar>
            <w:shd w:fill="F4EFE4"/>
          </w:tcPr>
          <w:p>
            <w:r>
              <w:t>Parent or legal guardian</w:t>
            </w:r>
          </w:p>
        </w:tc>
      </w:tr>
      <w:tr>
        <w:tc>
          <w:tcPr>
            <w:tcW w:type="dxa" w:w="1800"/>
            <w:tcMar>
              <w:top w:w="110" w:type="dxa"/>
              <w:start w:w="130" w:type="dxa"/>
              <w:bottom w:w="110" w:type="dxa"/>
              <w:end w:w="130" w:type="dxa"/>
            </w:tcMar>
            <w:shd w:fill="D59A32"/>
          </w:tcPr>
          <w:p>
            <w:r>
              <w:rPr>
                <w:b/>
              </w:rPr>
              <w:t>WHEN</w:t>
            </w:r>
          </w:p>
        </w:tc>
        <w:tc>
          <w:tcPr>
            <w:tcW w:type="dxa" w:w="8040"/>
            <w:tcMar>
              <w:top w:w="110" w:type="dxa"/>
              <w:start w:w="130" w:type="dxa"/>
              <w:bottom w:w="110" w:type="dxa"/>
              <w:end w:w="130" w:type="dxa"/>
            </w:tcMar>
            <w:shd w:fill="F4EFE4"/>
          </w:tcPr>
          <w:p>
            <w:r>
              <w:t>Before a boy is assigned to a non-parent mentor</w:t>
            </w:r>
          </w:p>
        </w:tc>
      </w:tr>
    </w:tbl>
    <w:p>
      <w:pPr>
        <w:pStyle w:val="FormHelp"/>
      </w:pPr>
      <w:r>
        <w:t>Complete every item you can. Write “N/A” if something does not apply. Return this form to a Guide leader.</w:t>
      </w:r>
    </w:p>
    <w:p>
      <w:r>
        <w:rPr>
          <w:b/>
        </w:rPr>
        <w:t>Child’s name</w:t>
      </w:r>
    </w:p>
    <w:p>
      <w:pPr>
        <w:spacing w:after="60" w:line="197" w:lineRule="auto"/>
        <w:pBdr>
          <w:bottom w:val="single" w:sz="8" w:space="2" w:color="C9C3B7"/>
        </w:pBdr>
      </w:pPr>
      <w:r>
        <w:t xml:space="preserve"> </w:t>
      </w:r>
    </w:p>
    <w:p>
      <w:r>
        <w:rPr>
          <w:b/>
        </w:rPr>
        <w:t>Proposed mentor</w:t>
      </w:r>
    </w:p>
    <w:p>
      <w:pPr>
        <w:spacing w:after="60" w:line="197" w:lineRule="auto"/>
        <w:pBdr>
          <w:bottom w:val="single" w:sz="8" w:space="2" w:color="C9C3B7"/>
        </w:pBdr>
      </w:pPr>
      <w:r>
        <w:t xml:space="preserve"> </w:t>
      </w:r>
    </w:p>
    <w:p>
      <w:pPr>
        <w:pStyle w:val="Heading2"/>
      </w:pPr>
      <w:r>
        <w:t>What this match means</w:t>
      </w:r>
    </w:p>
    <w:tbl>
      <w:tblPr>
        <w:tblW w:type="auto" w:w="0"/>
        <w:jc w:val="left"/>
        <w:tblLayout w:type="fixed"/>
        <w:tblLook w:firstColumn="1" w:firstRow="1" w:lastColumn="0" w:lastRow="0" w:noHBand="0" w:noVBand="1" w:val="04A0"/>
      </w:tblPr>
      <w:tblGrid>
        <w:gridCol w:w="10080"/>
      </w:tblGrid>
      <w:tr>
        <w:tc>
          <w:tcPr>
            <w:tcW w:type="dxa" w:w="9840"/>
            <w:tcMar>
              <w:top w:w="50" w:type="dxa"/>
              <w:start w:w="80" w:type="dxa"/>
              <w:bottom w:w="50" w:type="dxa"/>
              <w:end w:w="80" w:type="dxa"/>
            </w:tcMar>
          </w:tcPr>
          <w:p>
            <w:pPr>
              <w:spacing w:after="0"/>
            </w:pPr>
            <w:r>
              <w:t>☐ The mentor serves under Guide leadership and church child-protection policy.</w:t>
            </w:r>
          </w:p>
        </w:tc>
      </w:tr>
      <w:tr>
        <w:tc>
          <w:tcPr>
            <w:tcW w:type="dxa" w:w="10080"/>
            <w:tcMar>
              <w:top w:w="50" w:type="dxa"/>
              <w:start w:w="80" w:type="dxa"/>
              <w:bottom w:w="50" w:type="dxa"/>
              <w:end w:w="80" w:type="dxa"/>
            </w:tcMar>
          </w:tcPr>
          <w:p>
            <w:pPr>
              <w:spacing w:after="0"/>
            </w:pPr>
            <w:r>
              <w:t>☐ Meetings and communication follow the approved two-adult/open-environment rules.</w:t>
            </w:r>
          </w:p>
        </w:tc>
      </w:tr>
      <w:tr>
        <w:tc>
          <w:tcPr>
            <w:tcW w:type="dxa" w:w="10080"/>
            <w:tcMar>
              <w:top w:w="50" w:type="dxa"/>
              <w:start w:w="80" w:type="dxa"/>
              <w:bottom w:w="50" w:type="dxa"/>
              <w:end w:w="80" w:type="dxa"/>
            </w:tcMar>
          </w:tcPr>
          <w:p>
            <w:pPr>
              <w:spacing w:after="0"/>
            </w:pPr>
            <w:r>
              <w:t>☐ This consent does not allow isolated meetings, secret communication or private transportation.</w:t>
            </w:r>
          </w:p>
        </w:tc>
      </w:tr>
      <w:tr>
        <w:tc>
          <w:tcPr>
            <w:tcW w:type="dxa" w:w="10080"/>
            <w:tcMar>
              <w:top w:w="50" w:type="dxa"/>
              <w:start w:w="80" w:type="dxa"/>
              <w:bottom w:w="50" w:type="dxa"/>
              <w:end w:w="80" w:type="dxa"/>
            </w:tcMar>
          </w:tcPr>
          <w:p>
            <w:pPr>
              <w:spacing w:after="0"/>
            </w:pPr>
            <w:r>
              <w:t>☐ Concerns should be reported directly to the ministry director or pastoral sponsor.</w:t>
            </w:r>
          </w:p>
        </w:tc>
      </w:tr>
    </w:tbl>
    <w:p>
      <w:pPr>
        <w:pStyle w:val="Heading2"/>
      </w:pPr>
      <w:r>
        <w:t>Parent decision</w:t>
      </w:r>
    </w:p>
    <w:tbl>
      <w:tblPr>
        <w:tblW w:type="auto" w:w="0"/>
        <w:jc w:val="left"/>
        <w:tblLayout w:type="fixed"/>
        <w:tblLook w:firstColumn="1" w:firstRow="1" w:lastColumn="0" w:lastRow="0" w:noHBand="0" w:noVBand="1" w:val="04A0"/>
      </w:tblPr>
      <w:tblGrid>
        <w:gridCol w:w="10080"/>
      </w:tblGrid>
      <w:tr>
        <w:tc>
          <w:tcPr>
            <w:tcW w:type="dxa" w:w="9840"/>
            <w:tcMar>
              <w:top w:w="50" w:type="dxa"/>
              <w:start w:w="80" w:type="dxa"/>
              <w:bottom w:w="50" w:type="dxa"/>
              <w:end w:w="80" w:type="dxa"/>
            </w:tcMar>
          </w:tcPr>
          <w:p>
            <w:pPr>
              <w:spacing w:after="0"/>
            </w:pPr>
            <w:r>
              <w:t>☐ I approve this mentor match.</w:t>
            </w:r>
          </w:p>
        </w:tc>
      </w:tr>
      <w:tr>
        <w:tc>
          <w:tcPr>
            <w:tcW w:type="dxa" w:w="10080"/>
            <w:tcMar>
              <w:top w:w="50" w:type="dxa"/>
              <w:start w:w="80" w:type="dxa"/>
              <w:bottom w:w="50" w:type="dxa"/>
              <w:end w:w="80" w:type="dxa"/>
            </w:tcMar>
          </w:tcPr>
          <w:p>
            <w:pPr>
              <w:spacing w:after="0"/>
            </w:pPr>
            <w:r>
              <w:t>☐ I would like to speak with leadership before deciding.</w:t>
            </w:r>
          </w:p>
        </w:tc>
      </w:tr>
      <w:tr>
        <w:tc>
          <w:tcPr>
            <w:tcW w:type="dxa" w:w="10080"/>
            <w:tcMar>
              <w:top w:w="50" w:type="dxa"/>
              <w:start w:w="80" w:type="dxa"/>
              <w:bottom w:w="50" w:type="dxa"/>
              <w:end w:w="80" w:type="dxa"/>
            </w:tcMar>
          </w:tcPr>
          <w:p>
            <w:pPr>
              <w:spacing w:after="0"/>
            </w:pPr>
            <w:r>
              <w:t>☐ I do not approve this match.</w:t>
            </w:r>
          </w:p>
        </w:tc>
      </w:tr>
    </w:tbl>
    <w:p>
      <w:r>
        <w:rPr>
          <w:b/>
        </w:rPr>
        <w:t>Communication limits or instructions</w:t>
      </w:r>
    </w:p>
    <w:p>
      <w:pPr>
        <w:spacing w:after="60" w:line="197" w:lineRule="auto"/>
        <w:pBdr>
          <w:bottom w:val="single" w:sz="8" w:space="2" w:color="C9C3B7"/>
        </w:pBdr>
      </w:pPr>
      <w:r>
        <w:t xml:space="preserve"> </w:t>
      </w:r>
    </w:p>
    <w:p>
      <w:pPr>
        <w:spacing w:after="60" w:line="197" w:lineRule="auto"/>
        <w:pBdr>
          <w:bottom w:val="single" w:sz="8" w:space="2" w:color="C9C3B7"/>
        </w:pBdr>
      </w:pPr>
      <w:r>
        <w:t xml:space="preserve"> </w:t>
      </w:r>
    </w:p>
    <w:p>
      <w:r>
        <w:rPr>
          <w:b/>
        </w:rPr>
        <w:t>Parent/legal guardian — signature and date</w:t>
      </w:r>
    </w:p>
    <w:p>
      <w:pPr>
        <w:spacing w:after="60" w:line="197" w:lineRule="auto"/>
        <w:pBdr>
          <w:bottom w:val="single" w:sz="8" w:space="2" w:color="C9C3B7"/>
        </w:pBdr>
      </w:pPr>
      <w:r>
        <w:t xml:space="preserve"> </w:t>
      </w:r>
    </w:p>
    <w:p>
      <w:r>
        <w:rPr>
          <w:b/>
        </w:rPr>
        <w:t>Mentor signature and date</w:t>
      </w:r>
    </w:p>
    <w:p>
      <w:pPr>
        <w:spacing w:after="60" w:line="197" w:lineRule="auto"/>
        <w:pBdr>
          <w:bottom w:val="single" w:sz="8" w:space="2" w:color="C9C3B7"/>
        </w:pBdr>
      </w:pPr>
      <w:r>
        <w:t xml:space="preserve"> </w:t>
      </w:r>
    </w:p>
    <w:p>
      <w:r>
        <w:rPr>
          <w:b/>
        </w:rPr>
        <w:t>Ministry director approval and date</w:t>
      </w:r>
    </w:p>
    <w:p>
      <w:pPr>
        <w:spacing w:after="60" w:line="197" w:lineRule="auto"/>
        <w:pBdr>
          <w:bottom w:val="single" w:sz="8" w:space="2" w:color="C9C3B7"/>
        </w:pBdr>
      </w:pPr>
      <w:r>
        <w:t xml:space="preserve"> </w:t>
      </w:r>
    </w:p>
    <w:p>
      <w:r>
        <w:br w:type="page"/>
      </w:r>
    </w:p>
    <w:p>
      <w:pPr>
        <w:pStyle w:val="Title"/>
      </w:pPr>
      <w:r>
        <w:t>7. Participant Expectations Agreement</w:t>
      </w:r>
    </w:p>
    <w:tbl>
      <w:tblPr>
        <w:tblW w:type="auto" w:w="0"/>
        <w:jc w:val="center"/>
        <w:tblLayout w:type="fixed"/>
        <w:tblLook w:firstColumn="1" w:firstRow="1" w:lastColumn="0" w:lastRow="0" w:noHBand="0" w:noVBand="1" w:val="04A0"/>
      </w:tblPr>
      <w:tblGrid>
        <w:gridCol w:w="5040"/>
        <w:gridCol w:w="5040"/>
      </w:tblGrid>
      <w:tr>
        <w:tc>
          <w:tcPr>
            <w:tcW w:type="dxa" w:w="1800"/>
            <w:tcMar>
              <w:top w:w="110" w:type="dxa"/>
              <w:start w:w="130" w:type="dxa"/>
              <w:bottom w:w="110" w:type="dxa"/>
              <w:end w:w="130" w:type="dxa"/>
            </w:tcMar>
            <w:shd w:fill="173F35"/>
          </w:tcPr>
          <w:p>
            <w:r>
              <w:rPr>
                <w:b/>
                <w:color w:val="FFFFFF"/>
              </w:rPr>
              <w:t>WHO</w:t>
            </w:r>
          </w:p>
        </w:tc>
        <w:tc>
          <w:tcPr>
            <w:tcW w:type="dxa" w:w="8040"/>
            <w:tcMar>
              <w:top w:w="110" w:type="dxa"/>
              <w:start w:w="130" w:type="dxa"/>
              <w:bottom w:w="110" w:type="dxa"/>
              <w:end w:w="130" w:type="dxa"/>
            </w:tcMar>
            <w:shd w:fill="F4EFE4"/>
          </w:tcPr>
          <w:p>
            <w:r>
              <w:t>Boy and parent/guardian together</w:t>
            </w:r>
          </w:p>
        </w:tc>
      </w:tr>
      <w:tr>
        <w:tc>
          <w:tcPr>
            <w:tcW w:type="dxa" w:w="1800"/>
            <w:tcMar>
              <w:top w:w="110" w:type="dxa"/>
              <w:start w:w="130" w:type="dxa"/>
              <w:bottom w:w="110" w:type="dxa"/>
              <w:end w:w="130" w:type="dxa"/>
            </w:tcMar>
            <w:shd w:fill="D59A32"/>
          </w:tcPr>
          <w:p>
            <w:r>
              <w:rPr>
                <w:b/>
              </w:rPr>
              <w:t>WHEN</w:t>
            </w:r>
          </w:p>
        </w:tc>
        <w:tc>
          <w:tcPr>
            <w:tcW w:type="dxa" w:w="8040"/>
            <w:tcMar>
              <w:top w:w="110" w:type="dxa"/>
              <w:start w:w="130" w:type="dxa"/>
              <w:bottom w:w="110" w:type="dxa"/>
              <w:end w:w="130" w:type="dxa"/>
            </w:tcMar>
            <w:shd w:fill="F4EFE4"/>
          </w:tcPr>
          <w:p>
            <w:r>
              <w:t>Before the first gathering; review again when needed</w:t>
            </w:r>
          </w:p>
        </w:tc>
      </w:tr>
    </w:tbl>
    <w:p>
      <w:pPr>
        <w:pStyle w:val="FormHelp"/>
      </w:pPr>
      <w:r>
        <w:t>Complete every item you can. Write “N/A” if something does not apply. Return this form to a Guide leader.</w:t>
      </w:r>
    </w:p>
    <w:p>
      <w:r>
        <w:t>In Guide, we want every boy to be safe, respected and able to learn. I will:</w:t>
      </w:r>
    </w:p>
    <w:tbl>
      <w:tblPr>
        <w:tblW w:type="auto" w:w="0"/>
        <w:jc w:val="left"/>
        <w:tblLayout w:type="fixed"/>
        <w:tblLook w:firstColumn="1" w:firstRow="1" w:lastColumn="0" w:lastRow="0" w:noHBand="0" w:noVBand="1" w:val="04A0"/>
      </w:tblPr>
      <w:tblGrid>
        <w:gridCol w:w="10080"/>
      </w:tblGrid>
      <w:tr>
        <w:tc>
          <w:tcPr>
            <w:tcW w:type="dxa" w:w="9840"/>
            <w:tcMar>
              <w:top w:w="50" w:type="dxa"/>
              <w:start w:w="80" w:type="dxa"/>
              <w:bottom w:w="50" w:type="dxa"/>
              <w:end w:w="80" w:type="dxa"/>
            </w:tcMar>
          </w:tcPr>
          <w:p>
            <w:pPr>
              <w:spacing w:after="0"/>
            </w:pPr>
            <w:r>
              <w:t>☐ Listen when a leader gives instructions.</w:t>
            </w:r>
          </w:p>
        </w:tc>
      </w:tr>
      <w:tr>
        <w:tc>
          <w:tcPr>
            <w:tcW w:type="dxa" w:w="10080"/>
            <w:tcMar>
              <w:top w:w="50" w:type="dxa"/>
              <w:start w:w="80" w:type="dxa"/>
              <w:bottom w:w="50" w:type="dxa"/>
              <w:end w:w="80" w:type="dxa"/>
            </w:tcMar>
          </w:tcPr>
          <w:p>
            <w:pPr>
              <w:spacing w:after="0"/>
            </w:pPr>
            <w:r>
              <w:t>☐ Treat boys, leaders, property and creation with respect.</w:t>
            </w:r>
          </w:p>
        </w:tc>
      </w:tr>
      <w:tr>
        <w:tc>
          <w:tcPr>
            <w:tcW w:type="dxa" w:w="10080"/>
            <w:tcMar>
              <w:top w:w="50" w:type="dxa"/>
              <w:start w:w="80" w:type="dxa"/>
              <w:bottom w:w="50" w:type="dxa"/>
              <w:end w:w="80" w:type="dxa"/>
            </w:tcMar>
          </w:tcPr>
          <w:p>
            <w:pPr>
              <w:spacing w:after="0"/>
            </w:pPr>
            <w:r>
              <w:t>☐ Use tools and equipment only when instructed.</w:t>
            </w:r>
          </w:p>
        </w:tc>
      </w:tr>
      <w:tr>
        <w:tc>
          <w:tcPr>
            <w:tcW w:type="dxa" w:w="10080"/>
            <w:tcMar>
              <w:top w:w="50" w:type="dxa"/>
              <w:start w:w="80" w:type="dxa"/>
              <w:bottom w:w="50" w:type="dxa"/>
              <w:end w:w="80" w:type="dxa"/>
            </w:tcMar>
          </w:tcPr>
          <w:p>
            <w:pPr>
              <w:spacing w:after="0"/>
            </w:pPr>
            <w:r>
              <w:t>☐ Stay with my assigned group and ask before leaving.</w:t>
            </w:r>
          </w:p>
        </w:tc>
      </w:tr>
      <w:tr>
        <w:tc>
          <w:tcPr>
            <w:tcW w:type="dxa" w:w="10080"/>
            <w:tcMar>
              <w:top w:w="50" w:type="dxa"/>
              <w:start w:w="80" w:type="dxa"/>
              <w:bottom w:w="50" w:type="dxa"/>
              <w:end w:w="80" w:type="dxa"/>
            </w:tcMar>
          </w:tcPr>
          <w:p>
            <w:pPr>
              <w:spacing w:after="0"/>
            </w:pPr>
            <w:r>
              <w:t>☐ Tell a leader about injuries, hazards, bullying or unsafe behavior.</w:t>
            </w:r>
          </w:p>
        </w:tc>
      </w:tr>
      <w:tr>
        <w:tc>
          <w:tcPr>
            <w:tcW w:type="dxa" w:w="10080"/>
            <w:tcMar>
              <w:top w:w="50" w:type="dxa"/>
              <w:start w:w="80" w:type="dxa"/>
              <w:bottom w:w="50" w:type="dxa"/>
              <w:end w:w="80" w:type="dxa"/>
            </w:tcMar>
          </w:tcPr>
          <w:p>
            <w:pPr>
              <w:spacing w:after="0"/>
            </w:pPr>
            <w:r>
              <w:t>☐ Use words and actions that honor Jesus Christ.</w:t>
            </w:r>
          </w:p>
        </w:tc>
      </w:tr>
      <w:tr>
        <w:tc>
          <w:tcPr>
            <w:tcW w:type="dxa" w:w="10080"/>
            <w:tcMar>
              <w:top w:w="50" w:type="dxa"/>
              <w:start w:w="80" w:type="dxa"/>
              <w:bottom w:w="50" w:type="dxa"/>
              <w:end w:w="80" w:type="dxa"/>
            </w:tcMar>
          </w:tcPr>
          <w:p>
            <w:pPr>
              <w:spacing w:after="0"/>
            </w:pPr>
            <w:r>
              <w:t>☐ Accept correction honestly and help make things right.</w:t>
            </w:r>
          </w:p>
        </w:tc>
      </w:tr>
      <w:tr>
        <w:tc>
          <w:tcPr>
            <w:tcW w:type="dxa" w:w="10080"/>
            <w:tcMar>
              <w:top w:w="50" w:type="dxa"/>
              <w:start w:w="80" w:type="dxa"/>
              <w:bottom w:w="50" w:type="dxa"/>
              <w:end w:w="80" w:type="dxa"/>
            </w:tcMar>
          </w:tcPr>
          <w:p>
            <w:pPr>
              <w:spacing w:after="0"/>
            </w:pPr>
            <w:r>
              <w:t>☐ Do my part in Scripture, Skills and Service.</w:t>
            </w:r>
          </w:p>
        </w:tc>
      </w:tr>
    </w:tbl>
    <w:p>
      <w:r>
        <w:rPr>
          <w:b/>
        </w:rPr>
        <w:t>What helps me participate well</w:t>
      </w:r>
      <w:r>
        <w:rPr>
          <w:i/>
          <w:color w:val="64706B"/>
          <w:sz w:val="17"/>
        </w:rPr>
        <w:t xml:space="preserve">  optional</w:t>
      </w:r>
    </w:p>
    <w:p>
      <w:pPr>
        <w:spacing w:after="60" w:line="197" w:lineRule="auto"/>
        <w:pBdr>
          <w:bottom w:val="single" w:sz="8" w:space="2" w:color="C9C3B7"/>
        </w:pBdr>
      </w:pPr>
      <w:r>
        <w:t xml:space="preserve"> </w:t>
      </w:r>
    </w:p>
    <w:p>
      <w:pPr>
        <w:spacing w:after="60" w:line="197" w:lineRule="auto"/>
        <w:pBdr>
          <w:bottom w:val="single" w:sz="8" w:space="2" w:color="C9C3B7"/>
        </w:pBdr>
      </w:pPr>
      <w:r>
        <w:t xml:space="preserve"> </w:t>
      </w:r>
    </w:p>
    <w:p>
      <w:r>
        <w:rPr>
          <w:b/>
        </w:rPr>
        <w:t>Boy’s signature and date</w:t>
      </w:r>
    </w:p>
    <w:p>
      <w:pPr>
        <w:spacing w:after="60" w:line="197" w:lineRule="auto"/>
        <w:pBdr>
          <w:bottom w:val="single" w:sz="8" w:space="2" w:color="C9C3B7"/>
        </w:pBdr>
      </w:pPr>
      <w:r>
        <w:t xml:space="preserve"> </w:t>
      </w:r>
    </w:p>
    <w:p>
      <w:r>
        <w:rPr>
          <w:b/>
        </w:rPr>
        <w:t>Parent/legal guardian — signature and date</w:t>
      </w:r>
    </w:p>
    <w:p>
      <w:pPr>
        <w:spacing w:after="60" w:line="197" w:lineRule="auto"/>
        <w:pBdr>
          <w:bottom w:val="single" w:sz="8" w:space="2" w:color="C9C3B7"/>
        </w:pBdr>
      </w:pPr>
      <w:r>
        <w:t xml:space="preserve"> </w:t>
      </w:r>
    </w:p>
    <w:p>
      <w:r>
        <w:rPr>
          <w:b/>
        </w:rPr>
        <w:t>Leader who reviewed the agreement</w:t>
      </w:r>
    </w:p>
    <w:p>
      <w:pPr>
        <w:spacing w:after="60" w:line="197" w:lineRule="auto"/>
        <w:pBdr>
          <w:bottom w:val="single" w:sz="8" w:space="2" w:color="C9C3B7"/>
        </w:pBdr>
      </w:pPr>
      <w:r>
        <w:t xml:space="preserve"> </w:t>
      </w:r>
    </w:p>
    <w:p>
      <w:r>
        <w:br w:type="page"/>
      </w:r>
    </w:p>
    <w:p>
      <w:pPr>
        <w:pStyle w:val="Title"/>
      </w:pPr>
      <w:r>
        <w:t>8. Event Transportation Permission</w:t>
      </w:r>
    </w:p>
    <w:tbl>
      <w:tblPr>
        <w:tblW w:type="auto" w:w="0"/>
        <w:jc w:val="center"/>
        <w:tblLayout w:type="fixed"/>
        <w:tblLook w:firstColumn="1" w:firstRow="1" w:lastColumn="0" w:lastRow="0" w:noHBand="0" w:noVBand="1" w:val="04A0"/>
      </w:tblPr>
      <w:tblGrid>
        <w:gridCol w:w="5040"/>
        <w:gridCol w:w="5040"/>
      </w:tblGrid>
      <w:tr>
        <w:tc>
          <w:tcPr>
            <w:tcW w:type="dxa" w:w="1800"/>
            <w:tcMar>
              <w:top w:w="110" w:type="dxa"/>
              <w:start w:w="130" w:type="dxa"/>
              <w:bottom w:w="110" w:type="dxa"/>
              <w:end w:w="130" w:type="dxa"/>
            </w:tcMar>
            <w:shd w:fill="173F35"/>
          </w:tcPr>
          <w:p>
            <w:r>
              <w:rPr>
                <w:b/>
                <w:color w:val="FFFFFF"/>
              </w:rPr>
              <w:t>WHO</w:t>
            </w:r>
          </w:p>
        </w:tc>
        <w:tc>
          <w:tcPr>
            <w:tcW w:type="dxa" w:w="8040"/>
            <w:tcMar>
              <w:top w:w="110" w:type="dxa"/>
              <w:start w:w="130" w:type="dxa"/>
              <w:bottom w:w="110" w:type="dxa"/>
              <w:end w:w="130" w:type="dxa"/>
            </w:tcMar>
            <w:shd w:fill="F4EFE4"/>
          </w:tcPr>
          <w:p>
            <w:r>
              <w:t>Parent or legal guardian</w:t>
            </w:r>
          </w:p>
        </w:tc>
      </w:tr>
      <w:tr>
        <w:tc>
          <w:tcPr>
            <w:tcW w:type="dxa" w:w="1800"/>
            <w:tcMar>
              <w:top w:w="110" w:type="dxa"/>
              <w:start w:w="130" w:type="dxa"/>
              <w:bottom w:w="110" w:type="dxa"/>
              <w:end w:w="130" w:type="dxa"/>
            </w:tcMar>
            <w:shd w:fill="D59A32"/>
          </w:tcPr>
          <w:p>
            <w:r>
              <w:rPr>
                <w:b/>
              </w:rPr>
              <w:t>WHEN</w:t>
            </w:r>
          </w:p>
        </w:tc>
        <w:tc>
          <w:tcPr>
            <w:tcW w:type="dxa" w:w="8040"/>
            <w:tcMar>
              <w:top w:w="110" w:type="dxa"/>
              <w:start w:w="130" w:type="dxa"/>
              <w:bottom w:w="110" w:type="dxa"/>
              <w:end w:w="130" w:type="dxa"/>
            </w:tcMar>
            <w:shd w:fill="F4EFE4"/>
          </w:tcPr>
          <w:p>
            <w:r>
              <w:t>For the specific event named below; this is not blanket permission</w:t>
            </w:r>
          </w:p>
        </w:tc>
      </w:tr>
    </w:tbl>
    <w:p>
      <w:pPr>
        <w:pStyle w:val="FormHelp"/>
      </w:pPr>
      <w:r>
        <w:t>Complete every item you can. Write “N/A” if something does not apply. Return this form to a Guide leader.</w:t>
      </w:r>
    </w:p>
    <w:p>
      <w:pPr>
        <w:pStyle w:val="Heading2"/>
      </w:pPr>
      <w:r>
        <w:t>Event information</w:t>
      </w:r>
    </w:p>
    <w:p>
      <w:r>
        <w:rPr>
          <w:b/>
        </w:rPr>
        <w:t>Event name</w:t>
      </w:r>
    </w:p>
    <w:p>
      <w:pPr>
        <w:spacing w:after="60" w:line="197" w:lineRule="auto"/>
        <w:pBdr>
          <w:bottom w:val="single" w:sz="8" w:space="2" w:color="C9C3B7"/>
        </w:pBdr>
      </w:pPr>
      <w:r>
        <w:t xml:space="preserve"> </w:t>
      </w:r>
    </w:p>
    <w:p>
      <w:r>
        <w:rPr>
          <w:b/>
        </w:rPr>
        <w:t>Event date and destination</w:t>
      </w:r>
    </w:p>
    <w:p>
      <w:pPr>
        <w:spacing w:after="60" w:line="197" w:lineRule="auto"/>
        <w:pBdr>
          <w:bottom w:val="single" w:sz="8" w:space="2" w:color="C9C3B7"/>
        </w:pBdr>
      </w:pPr>
      <w:r>
        <w:t xml:space="preserve"> </w:t>
      </w:r>
    </w:p>
    <w:p>
      <w:r>
        <w:rPr>
          <w:b/>
        </w:rPr>
        <w:t>Departure location and time</w:t>
      </w:r>
    </w:p>
    <w:p>
      <w:pPr>
        <w:spacing w:after="60" w:line="197" w:lineRule="auto"/>
        <w:pBdr>
          <w:bottom w:val="single" w:sz="8" w:space="2" w:color="C9C3B7"/>
        </w:pBdr>
      </w:pPr>
      <w:r>
        <w:t xml:space="preserve"> </w:t>
      </w:r>
    </w:p>
    <w:p>
      <w:r>
        <w:rPr>
          <w:b/>
        </w:rPr>
        <w:t>Expected return location and time</w:t>
      </w:r>
    </w:p>
    <w:p>
      <w:pPr>
        <w:spacing w:after="60" w:line="197" w:lineRule="auto"/>
        <w:pBdr>
          <w:bottom w:val="single" w:sz="8" w:space="2" w:color="C9C3B7"/>
        </w:pBdr>
      </w:pPr>
      <w:r>
        <w:t xml:space="preserve"> </w:t>
      </w:r>
    </w:p>
    <w:p>
      <w:r>
        <w:rPr>
          <w:b/>
        </w:rPr>
        <w:t>Transportation method and approved driver(s)</w:t>
      </w:r>
    </w:p>
    <w:p>
      <w:pPr>
        <w:spacing w:after="60" w:line="197" w:lineRule="auto"/>
        <w:pBdr>
          <w:bottom w:val="single" w:sz="8" w:space="2" w:color="C9C3B7"/>
        </w:pBdr>
      </w:pPr>
      <w:r>
        <w:t xml:space="preserve"> </w:t>
      </w:r>
    </w:p>
    <w:p>
      <w:pPr>
        <w:pStyle w:val="Heading2"/>
      </w:pPr>
      <w:r>
        <w:t>Parent decision</w:t>
      </w:r>
    </w:p>
    <w:tbl>
      <w:tblPr>
        <w:tblW w:type="auto" w:w="0"/>
        <w:jc w:val="left"/>
        <w:tblLayout w:type="fixed"/>
        <w:tblLook w:firstColumn="1" w:firstRow="1" w:lastColumn="0" w:lastRow="0" w:noHBand="0" w:noVBand="1" w:val="04A0"/>
      </w:tblPr>
      <w:tblGrid>
        <w:gridCol w:w="10080"/>
      </w:tblGrid>
      <w:tr>
        <w:tc>
          <w:tcPr>
            <w:tcW w:type="dxa" w:w="9840"/>
            <w:tcMar>
              <w:top w:w="50" w:type="dxa"/>
              <w:start w:w="80" w:type="dxa"/>
              <w:bottom w:w="50" w:type="dxa"/>
              <w:end w:w="80" w:type="dxa"/>
            </w:tcMar>
          </w:tcPr>
          <w:p>
            <w:pPr>
              <w:spacing w:after="0"/>
            </w:pPr>
            <w:r>
              <w:t>☐ I give permission for my child to travel to and from this event as described.</w:t>
            </w:r>
          </w:p>
        </w:tc>
      </w:tr>
      <w:tr>
        <w:tc>
          <w:tcPr>
            <w:tcW w:type="dxa" w:w="10080"/>
            <w:tcMar>
              <w:top w:w="50" w:type="dxa"/>
              <w:start w:w="80" w:type="dxa"/>
              <w:bottom w:w="50" w:type="dxa"/>
              <w:end w:w="80" w:type="dxa"/>
            </w:tcMar>
          </w:tcPr>
          <w:p>
            <w:pPr>
              <w:spacing w:after="0"/>
            </w:pPr>
            <w:r>
              <w:t>☐ I will provide my child’s transportation.</w:t>
            </w:r>
          </w:p>
        </w:tc>
      </w:tr>
      <w:tr>
        <w:tc>
          <w:tcPr>
            <w:tcW w:type="dxa" w:w="10080"/>
            <w:tcMar>
              <w:top w:w="50" w:type="dxa"/>
              <w:start w:w="80" w:type="dxa"/>
              <w:bottom w:w="50" w:type="dxa"/>
              <w:end w:w="80" w:type="dxa"/>
            </w:tcMar>
          </w:tcPr>
          <w:p>
            <w:pPr>
              <w:spacing w:after="0"/>
            </w:pPr>
            <w:r>
              <w:t>☐ I do not give permission. Please contact me.</w:t>
            </w:r>
          </w:p>
        </w:tc>
      </w:tr>
    </w:tbl>
    <w:p>
      <w:r>
        <w:rPr>
          <w:b/>
        </w:rPr>
        <w:t>Child’s name</w:t>
      </w:r>
    </w:p>
    <w:p>
      <w:pPr>
        <w:spacing w:after="60" w:line="197" w:lineRule="auto"/>
        <w:pBdr>
          <w:bottom w:val="single" w:sz="8" w:space="2" w:color="C9C3B7"/>
        </w:pBdr>
      </w:pPr>
      <w:r>
        <w:t xml:space="preserve"> </w:t>
      </w:r>
    </w:p>
    <w:p>
      <w:r>
        <w:rPr>
          <w:b/>
        </w:rPr>
        <w:t>Best phone number during the event</w:t>
      </w:r>
    </w:p>
    <w:p>
      <w:pPr>
        <w:spacing w:after="60" w:line="197" w:lineRule="auto"/>
        <w:pBdr>
          <w:bottom w:val="single" w:sz="8" w:space="2" w:color="C9C3B7"/>
        </w:pBdr>
      </w:pPr>
      <w:r>
        <w:t xml:space="preserve"> </w:t>
      </w:r>
    </w:p>
    <w:p>
      <w:r>
        <w:rPr>
          <w:b/>
        </w:rPr>
        <w:t>Event-specific medical, pickup or transportation instructions</w:t>
      </w:r>
    </w:p>
    <w:p>
      <w:pPr>
        <w:spacing w:after="60" w:line="197" w:lineRule="auto"/>
        <w:pBdr>
          <w:bottom w:val="single" w:sz="8" w:space="2" w:color="C9C3B7"/>
        </w:pBdr>
      </w:pPr>
      <w:r>
        <w:t xml:space="preserve"> </w:t>
      </w:r>
    </w:p>
    <w:p>
      <w:pPr>
        <w:spacing w:after="60" w:line="197" w:lineRule="auto"/>
        <w:pBdr>
          <w:bottom w:val="single" w:sz="8" w:space="2" w:color="C9C3B7"/>
        </w:pBdr>
      </w:pPr>
      <w:r>
        <w:t xml:space="preserve"> </w:t>
      </w:r>
    </w:p>
    <w:p>
      <w:pPr>
        <w:spacing w:after="60" w:line="197" w:lineRule="auto"/>
        <w:pBdr>
          <w:bottom w:val="single" w:sz="8" w:space="2" w:color="C9C3B7"/>
        </w:pBdr>
      </w:pPr>
      <w:r>
        <w:t xml:space="preserve"> </w:t>
      </w:r>
    </w:p>
    <w:p>
      <w:r>
        <w:rPr>
          <w:b/>
        </w:rPr>
        <w:t>Parent/legal guardian — signature and date</w:t>
      </w:r>
    </w:p>
    <w:p>
      <w:pPr>
        <w:spacing w:after="60" w:line="197" w:lineRule="auto"/>
        <w:pBdr>
          <w:bottom w:val="single" w:sz="8" w:space="2" w:color="C9C3B7"/>
        </w:pBdr>
      </w:pPr>
      <w:r>
        <w:t xml:space="preserve"> </w:t>
      </w:r>
    </w:p>
    <w:sectPr w:rsidR="00FC693F" w:rsidRPr="0006063C" w:rsidSect="00034616">
      <w:headerReference w:type="default" r:id="rId9"/>
      <w:footerReference w:type="default" r:id="rId10"/>
      <w:pgSz w:w="12240" w:h="15840"/>
      <w:pgMar w:top="749" w:right="1080" w:bottom="749" w:left="1080" w:header="432" w:footer="432"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center"/>
    </w:pPr>
    <w:r>
      <w:t>Word Alive Revival Center  •  Wiggins, Mississippi  •  Keep completed forms secure</w:t>
    </w:r>
  </w:p>
</w:ftr>
</file>

<file path=word/header1.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rmHelp"/>
    </w:pPr>
    <w:r>
      <w:t>GUIDE  |  DISCIPLESHIP MINISTRY  |  FAMILY PAPERWORK</w:t>
    </w: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80" w:line="247" w:lineRule="auto"/>
    </w:pPr>
    <w:rPr>
      <w:rFonts w:ascii="Arial" w:hAnsi="Arial"/>
      <w:color w:val="26302D"/>
      <w:sz w:val="21"/>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200" w:after="120"/>
      <w:outlineLvl w:val="0"/>
    </w:pPr>
    <w:rPr>
      <w:rFonts w:asciiTheme="majorHAnsi" w:eastAsiaTheme="majorEastAsia" w:hAnsiTheme="majorHAnsi" w:cstheme="majorBidi" w:ascii="Arial" w:hAnsi="Arial"/>
      <w:b/>
      <w:bCs/>
      <w:color w:val="173F35"/>
      <w:sz w:val="36"/>
      <w:szCs w:val="28"/>
    </w:rPr>
  </w:style>
  <w:style w:type="paragraph" w:styleId="Heading2">
    <w:name w:val="heading 2"/>
    <w:basedOn w:val="Normal"/>
    <w:next w:val="Normal"/>
    <w:link w:val="Heading2Char"/>
    <w:uiPriority w:val="9"/>
    <w:unhideWhenUsed/>
    <w:qFormat/>
    <w:rsid w:val="00FC693F"/>
    <w:pPr>
      <w:keepNext/>
      <w:keepLines/>
      <w:spacing w:before="160" w:after="80"/>
      <w:outlineLvl w:val="1"/>
    </w:pPr>
    <w:rPr>
      <w:rFonts w:asciiTheme="majorHAnsi" w:eastAsiaTheme="majorEastAsia" w:hAnsiTheme="majorHAnsi" w:cstheme="majorBidi" w:ascii="Arial" w:hAnsi="Arial"/>
      <w:b/>
      <w:bCs/>
      <w:color w:val="D59A32"/>
      <w:sz w:val="24"/>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keepNext/>
      <w:pBdr>
        <w:bottom w:val="single" w:sz="8" w:space="4" w:color="4F81BD" w:themeColor="accent1"/>
      </w:pBdr>
      <w:spacing w:after="120" w:line="240" w:lineRule="auto" w:before="0"/>
      <w:contextualSpacing/>
    </w:pPr>
    <w:rPr>
      <w:rFonts w:asciiTheme="majorHAnsi" w:eastAsiaTheme="majorEastAsia" w:hAnsiTheme="majorHAnsi" w:cstheme="majorBidi" w:ascii="Arial" w:hAnsi="Arial"/>
      <w:b/>
      <w:color w:val="173F35"/>
      <w:spacing w:val="5"/>
      <w:kern w:val="28"/>
      <w:sz w:val="56"/>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FormHelp">
    <w:name w:val="Form Help"/>
    <w:pPr>
      <w:spacing w:after="80"/>
    </w:pPr>
    <w:rPr>
      <w:rFonts w:ascii="Arial" w:hAnsi="Arial"/>
      <w:color w:val="64706B"/>
      <w:sz w:val="17"/>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eader" Target="header1.xml"/><Relationship Id="rId10"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Guide Family Paperwork Packet - User Friendly</dc:title>
  <dc:subject>Clear family-facing registration, safety and permission forms for Guide Discipleship Ministry</dc:subject>
  <dc:creator>Guide Discipleship Ministry</dc:creator>
  <cp:keywords/>
  <dc:description>generated by python-docx</dc:description>
  <cp:lastModifiedBy/>
  <cp:revision>1</cp:revision>
  <dcterms:created xsi:type="dcterms:W3CDTF">2013-12-23T23:15:00Z</dcterms:created>
  <dcterms:modified xsi:type="dcterms:W3CDTF">2013-12-23T23:15:00Z</dcterms:modified>
  <cp:category/>
</cp:coreProperties>
</file>